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7850F" w14:textId="77777777" w:rsidR="00B4565D" w:rsidRPr="00A71430" w:rsidRDefault="001625D3" w:rsidP="00F00D40">
      <w:pPr>
        <w:pStyle w:val="Heading1"/>
        <w:jc w:val="center"/>
        <w:rPr>
          <w:rFonts w:ascii="Corbel Light" w:hAnsi="Corbel Light"/>
          <w:sz w:val="21"/>
          <w:szCs w:val="21"/>
        </w:rPr>
      </w:pPr>
      <w:r w:rsidRPr="00A71430">
        <w:rPr>
          <w:rFonts w:ascii="Corbel Light" w:hAnsi="Corbel Light"/>
          <w:sz w:val="21"/>
          <w:szCs w:val="21"/>
        </w:rPr>
        <w:t xml:space="preserve"> </w:t>
      </w:r>
    </w:p>
    <w:p w14:paraId="5854B9BA" w14:textId="07E21AA2" w:rsidR="00136951" w:rsidRPr="007B587A" w:rsidRDefault="00D81F2D" w:rsidP="00F00D40">
      <w:pPr>
        <w:pStyle w:val="Heading1"/>
        <w:jc w:val="center"/>
        <w:rPr>
          <w:rFonts w:ascii="Corbel Light" w:hAnsi="Corbel Light"/>
          <w:sz w:val="48"/>
          <w:szCs w:val="48"/>
        </w:rPr>
      </w:pPr>
      <w:r>
        <w:rPr>
          <w:rFonts w:ascii="Corbel Light" w:hAnsi="Corbel Light"/>
          <w:sz w:val="48"/>
          <w:szCs w:val="48"/>
        </w:rPr>
        <w:t>Board Strengths Map</w:t>
      </w:r>
    </w:p>
    <w:p w14:paraId="22B53E3C" w14:textId="77777777" w:rsidR="00A54AE8" w:rsidRPr="00A71430" w:rsidRDefault="00A54AE8">
      <w:pPr>
        <w:rPr>
          <w:rFonts w:ascii="Corbel Light" w:hAnsi="Corbel Light" w:cstheme="majorHAnsi"/>
          <w:sz w:val="21"/>
          <w:szCs w:val="21"/>
        </w:rPr>
      </w:pPr>
    </w:p>
    <w:p w14:paraId="7F65BB27" w14:textId="77777777" w:rsidR="00A54AE8" w:rsidRPr="00A71430" w:rsidRDefault="00A54AE8">
      <w:pPr>
        <w:rPr>
          <w:rFonts w:ascii="Corbel Light" w:hAnsi="Corbel Light" w:cstheme="majorHAnsi"/>
          <w:sz w:val="21"/>
          <w:szCs w:val="21"/>
        </w:rPr>
      </w:pPr>
    </w:p>
    <w:p w14:paraId="188976DC" w14:textId="77777777" w:rsidR="000E57E3" w:rsidRPr="00D6478C" w:rsidRDefault="000E57E3" w:rsidP="000E57E3">
      <w:pPr>
        <w:rPr>
          <w:rFonts w:ascii="Corbel Light" w:hAnsi="Corbel Light" w:cstheme="majorHAnsi"/>
          <w:sz w:val="24"/>
          <w:szCs w:val="24"/>
          <w:u w:val="single"/>
        </w:rPr>
      </w:pPr>
      <w:r w:rsidRPr="00D6478C">
        <w:rPr>
          <w:rFonts w:ascii="Corbel Light" w:hAnsi="Corbel Light" w:cstheme="majorHAnsi"/>
          <w:sz w:val="24"/>
          <w:szCs w:val="24"/>
          <w:u w:val="single"/>
        </w:rPr>
        <w:t>Instructions:</w:t>
      </w:r>
    </w:p>
    <w:p w14:paraId="515A5AEC" w14:textId="77777777" w:rsidR="008D40BA" w:rsidRDefault="008D40BA">
      <w:pPr>
        <w:rPr>
          <w:rFonts w:ascii="Corbel Light" w:hAnsi="Corbel Light" w:cstheme="majorHAnsi"/>
          <w:sz w:val="24"/>
          <w:szCs w:val="24"/>
        </w:rPr>
      </w:pPr>
      <w:r w:rsidRPr="008D40BA">
        <w:rPr>
          <w:rFonts w:ascii="Corbel Light" w:hAnsi="Corbel Light" w:cstheme="majorHAnsi"/>
          <w:sz w:val="24"/>
          <w:szCs w:val="24"/>
        </w:rPr>
        <w:t>Using the priorities you identified in the Mission Readiness Planner, map the strengths and experience currently represented on your board.</w:t>
      </w:r>
    </w:p>
    <w:p w14:paraId="6D5ED614" w14:textId="6F6ED1A2" w:rsidR="003B568D" w:rsidRPr="008C7325" w:rsidRDefault="003B568D" w:rsidP="008C7325">
      <w:pPr>
        <w:pStyle w:val="ListParagraph"/>
        <w:numPr>
          <w:ilvl w:val="0"/>
          <w:numId w:val="10"/>
        </w:numPr>
        <w:rPr>
          <w:rFonts w:ascii="Corbel Light" w:hAnsi="Corbel Light" w:cstheme="majorHAnsi"/>
          <w:sz w:val="24"/>
          <w:szCs w:val="24"/>
        </w:rPr>
      </w:pPr>
      <w:r w:rsidRPr="008C7325">
        <w:rPr>
          <w:rFonts w:ascii="Corbel Light" w:hAnsi="Corbel Light" w:cstheme="majorHAnsi"/>
          <w:sz w:val="24"/>
          <w:szCs w:val="24"/>
        </w:rPr>
        <w:t xml:space="preserve">List each current board member across the top. </w:t>
      </w:r>
    </w:p>
    <w:p w14:paraId="6A47BBBE" w14:textId="69B21903" w:rsidR="003B568D" w:rsidRPr="008C7325" w:rsidRDefault="003B568D" w:rsidP="008C7325">
      <w:pPr>
        <w:pStyle w:val="ListParagraph"/>
        <w:numPr>
          <w:ilvl w:val="0"/>
          <w:numId w:val="10"/>
        </w:numPr>
        <w:rPr>
          <w:rFonts w:ascii="Corbel Light" w:hAnsi="Corbel Light" w:cstheme="majorHAnsi"/>
          <w:sz w:val="24"/>
          <w:szCs w:val="24"/>
        </w:rPr>
      </w:pPr>
      <w:r w:rsidRPr="008C7325">
        <w:rPr>
          <w:rFonts w:ascii="Corbel Light" w:hAnsi="Corbel Light" w:cstheme="majorHAnsi"/>
          <w:sz w:val="24"/>
          <w:szCs w:val="24"/>
        </w:rPr>
        <w:t xml:space="preserve">List the future capabilities from your Mission Readiness Planner in the far-left column. </w:t>
      </w:r>
    </w:p>
    <w:p w14:paraId="5CFA593D" w14:textId="627DC180" w:rsidR="003B568D" w:rsidRPr="008C7325" w:rsidRDefault="003B568D" w:rsidP="008C7325">
      <w:pPr>
        <w:pStyle w:val="ListParagraph"/>
        <w:numPr>
          <w:ilvl w:val="0"/>
          <w:numId w:val="10"/>
        </w:numPr>
        <w:rPr>
          <w:rFonts w:ascii="Corbel Light" w:hAnsi="Corbel Light" w:cstheme="majorHAnsi"/>
          <w:sz w:val="24"/>
          <w:szCs w:val="24"/>
        </w:rPr>
      </w:pPr>
      <w:r w:rsidRPr="008C7325">
        <w:rPr>
          <w:rFonts w:ascii="Corbel Light" w:hAnsi="Corbel Light" w:cstheme="majorHAnsi"/>
          <w:sz w:val="24"/>
          <w:szCs w:val="24"/>
        </w:rPr>
        <w:t xml:space="preserve">Mark where each board member brings meaningful experience, expertise, or perspective. </w:t>
      </w:r>
    </w:p>
    <w:p w14:paraId="2BE8A778" w14:textId="44F62153" w:rsidR="00136951" w:rsidRPr="008C7325" w:rsidRDefault="003B568D" w:rsidP="008C7325">
      <w:pPr>
        <w:pStyle w:val="ListParagraph"/>
        <w:numPr>
          <w:ilvl w:val="0"/>
          <w:numId w:val="10"/>
        </w:numPr>
        <w:rPr>
          <w:rFonts w:ascii="Corbel Light" w:hAnsi="Corbel Light" w:cstheme="majorHAnsi"/>
          <w:sz w:val="24"/>
          <w:szCs w:val="24"/>
        </w:rPr>
      </w:pPr>
      <w:r w:rsidRPr="008C7325">
        <w:rPr>
          <w:rFonts w:ascii="Corbel Light" w:hAnsi="Corbel Light" w:cstheme="majorHAnsi"/>
          <w:sz w:val="24"/>
          <w:szCs w:val="24"/>
        </w:rPr>
        <w:t>Look for areas of strong representation and opportunities to strengthen your board over time.</w:t>
      </w:r>
    </w:p>
    <w:p w14:paraId="1616F9E5" w14:textId="77777777" w:rsidR="00352C85" w:rsidRPr="00A71430" w:rsidRDefault="00352C85">
      <w:pPr>
        <w:rPr>
          <w:rFonts w:ascii="Corbel Light" w:hAnsi="Corbel Light" w:cstheme="majorHAnsi"/>
          <w:sz w:val="21"/>
          <w:szCs w:val="21"/>
        </w:rPr>
      </w:pPr>
    </w:p>
    <w:p w14:paraId="2752941F" w14:textId="77777777" w:rsidR="000E57E3" w:rsidRPr="00A71430" w:rsidRDefault="000E57E3">
      <w:pPr>
        <w:rPr>
          <w:rFonts w:ascii="Corbel Light" w:hAnsi="Corbel Light" w:cstheme="majorHAnsi"/>
          <w:sz w:val="21"/>
          <w:szCs w:val="21"/>
        </w:rPr>
      </w:pPr>
    </w:p>
    <w:p w14:paraId="482402E6" w14:textId="77777777" w:rsidR="000E57E3" w:rsidRPr="00A71430" w:rsidRDefault="000E57E3">
      <w:pPr>
        <w:rPr>
          <w:rFonts w:ascii="Corbel Light" w:hAnsi="Corbel Light" w:cstheme="majorHAnsi"/>
          <w:sz w:val="21"/>
          <w:szCs w:val="21"/>
        </w:rPr>
      </w:pPr>
    </w:p>
    <w:p w14:paraId="09F0CF76" w14:textId="77777777" w:rsidR="00352C85" w:rsidRPr="00A71430" w:rsidRDefault="00352C85">
      <w:pPr>
        <w:rPr>
          <w:rFonts w:ascii="Corbel Light" w:hAnsi="Corbel Light" w:cstheme="majorHAnsi"/>
          <w:sz w:val="21"/>
          <w:szCs w:val="21"/>
        </w:rPr>
      </w:pPr>
    </w:p>
    <w:p w14:paraId="00A6365C" w14:textId="77777777" w:rsidR="00352C85" w:rsidRDefault="00352C85">
      <w:pPr>
        <w:rPr>
          <w:rFonts w:ascii="Corbel Light" w:hAnsi="Corbel Light" w:cstheme="majorHAnsi"/>
          <w:sz w:val="21"/>
          <w:szCs w:val="21"/>
        </w:rPr>
      </w:pPr>
    </w:p>
    <w:p w14:paraId="5E1161E4" w14:textId="77777777" w:rsidR="00525E1B" w:rsidRDefault="00525E1B">
      <w:pPr>
        <w:rPr>
          <w:rFonts w:ascii="Corbel Light" w:hAnsi="Corbel Light" w:cstheme="majorHAnsi"/>
          <w:sz w:val="21"/>
          <w:szCs w:val="21"/>
        </w:rPr>
      </w:pPr>
    </w:p>
    <w:p w14:paraId="05ECA519" w14:textId="702736FF" w:rsidR="00525E1B" w:rsidRPr="00A71430" w:rsidRDefault="00525E1B">
      <w:pPr>
        <w:rPr>
          <w:rFonts w:ascii="Corbel Light" w:hAnsi="Corbel Light" w:cstheme="majorHAnsi"/>
          <w:sz w:val="21"/>
          <w:szCs w:val="21"/>
        </w:rPr>
      </w:pPr>
      <w:r>
        <w:rPr>
          <w:rFonts w:ascii="Corbel Light" w:hAnsi="Corbel Light" w:cstheme="majorHAnsi"/>
          <w:sz w:val="21"/>
          <w:szCs w:val="21"/>
        </w:rPr>
        <w:lastRenderedPageBreak/>
        <w:t>Date:</w:t>
      </w:r>
    </w:p>
    <w:tbl>
      <w:tblPr>
        <w:tblStyle w:val="TableGrid"/>
        <w:tblW w:w="15304" w:type="dxa"/>
        <w:tblInd w:w="-1175" w:type="dxa"/>
        <w:tblLook w:val="04A0" w:firstRow="1" w:lastRow="0" w:firstColumn="1" w:lastColumn="0" w:noHBand="0" w:noVBand="1"/>
      </w:tblPr>
      <w:tblGrid>
        <w:gridCol w:w="3508"/>
        <w:gridCol w:w="1141"/>
        <w:gridCol w:w="1316"/>
        <w:gridCol w:w="1316"/>
        <w:gridCol w:w="1316"/>
        <w:gridCol w:w="1393"/>
        <w:gridCol w:w="1393"/>
        <w:gridCol w:w="1393"/>
        <w:gridCol w:w="1264"/>
        <w:gridCol w:w="1264"/>
      </w:tblGrid>
      <w:tr w:rsidR="00352C85" w:rsidRPr="00A71430" w14:paraId="2F36C278" w14:textId="570BA87E" w:rsidTr="00352C85">
        <w:tc>
          <w:tcPr>
            <w:tcW w:w="3508" w:type="dxa"/>
          </w:tcPr>
          <w:p w14:paraId="176D8023" w14:textId="5F0F5F98" w:rsidR="00352C85" w:rsidRPr="00A71430" w:rsidRDefault="00352C85" w:rsidP="00352C85">
            <w:pPr>
              <w:jc w:val="center"/>
              <w:rPr>
                <w:rFonts w:ascii="Corbel Light" w:hAnsi="Corbel Light" w:cstheme="majorHAnsi"/>
                <w:sz w:val="21"/>
                <w:szCs w:val="21"/>
              </w:rPr>
            </w:pPr>
          </w:p>
        </w:tc>
        <w:tc>
          <w:tcPr>
            <w:tcW w:w="1141" w:type="dxa"/>
          </w:tcPr>
          <w:p w14:paraId="5ED97483" w14:textId="005B378C" w:rsidR="00352C85" w:rsidRPr="00A71430" w:rsidRDefault="00352C85" w:rsidP="00352C85">
            <w:pPr>
              <w:jc w:val="center"/>
              <w:rPr>
                <w:rFonts w:ascii="Corbel Light" w:hAnsi="Corbel Light" w:cstheme="majorHAnsi"/>
                <w:i/>
                <w:iCs/>
                <w:color w:val="808080" w:themeColor="background1" w:themeShade="80"/>
                <w:sz w:val="21"/>
                <w:szCs w:val="21"/>
              </w:rPr>
            </w:pPr>
            <w:r w:rsidRPr="00A71430">
              <w:rPr>
                <w:rFonts w:ascii="Corbel Light" w:hAnsi="Corbel Light" w:cstheme="majorHAnsi"/>
                <w:i/>
                <w:iCs/>
                <w:color w:val="808080" w:themeColor="background1" w:themeShade="80"/>
                <w:sz w:val="21"/>
                <w:szCs w:val="21"/>
              </w:rPr>
              <w:t>Example: Gary</w:t>
            </w:r>
          </w:p>
        </w:tc>
        <w:tc>
          <w:tcPr>
            <w:tcW w:w="1316" w:type="dxa"/>
          </w:tcPr>
          <w:p w14:paraId="5757AF76" w14:textId="22E3AE08" w:rsidR="00352C85" w:rsidRPr="00A71430" w:rsidRDefault="00352C85" w:rsidP="00352C85">
            <w:pPr>
              <w:jc w:val="center"/>
              <w:rPr>
                <w:rFonts w:ascii="Corbel Light" w:hAnsi="Corbel Light" w:cstheme="majorHAnsi"/>
                <w:sz w:val="21"/>
                <w:szCs w:val="21"/>
              </w:rPr>
            </w:pPr>
          </w:p>
        </w:tc>
        <w:tc>
          <w:tcPr>
            <w:tcW w:w="1316" w:type="dxa"/>
          </w:tcPr>
          <w:p w14:paraId="59F334F5" w14:textId="13982514" w:rsidR="00352C85" w:rsidRPr="00A71430" w:rsidRDefault="00352C85" w:rsidP="00352C85">
            <w:pPr>
              <w:jc w:val="center"/>
              <w:rPr>
                <w:rFonts w:ascii="Corbel Light" w:hAnsi="Corbel Light" w:cstheme="majorHAnsi"/>
                <w:sz w:val="21"/>
                <w:szCs w:val="21"/>
              </w:rPr>
            </w:pPr>
          </w:p>
        </w:tc>
        <w:tc>
          <w:tcPr>
            <w:tcW w:w="1316" w:type="dxa"/>
          </w:tcPr>
          <w:p w14:paraId="624374D7" w14:textId="4ED31E45" w:rsidR="00352C85" w:rsidRPr="00A71430" w:rsidRDefault="00352C85" w:rsidP="00352C85">
            <w:pPr>
              <w:jc w:val="center"/>
              <w:rPr>
                <w:rFonts w:ascii="Corbel Light" w:hAnsi="Corbel Light" w:cstheme="majorHAnsi"/>
                <w:sz w:val="21"/>
                <w:szCs w:val="21"/>
              </w:rPr>
            </w:pPr>
          </w:p>
        </w:tc>
        <w:tc>
          <w:tcPr>
            <w:tcW w:w="1393" w:type="dxa"/>
          </w:tcPr>
          <w:p w14:paraId="50E65424" w14:textId="143D2B24" w:rsidR="00352C85" w:rsidRPr="00A71430" w:rsidRDefault="00352C85" w:rsidP="00352C85">
            <w:pPr>
              <w:jc w:val="center"/>
              <w:rPr>
                <w:rFonts w:ascii="Corbel Light" w:hAnsi="Corbel Light" w:cstheme="majorHAnsi"/>
                <w:sz w:val="21"/>
                <w:szCs w:val="21"/>
              </w:rPr>
            </w:pPr>
          </w:p>
        </w:tc>
        <w:tc>
          <w:tcPr>
            <w:tcW w:w="1393" w:type="dxa"/>
          </w:tcPr>
          <w:p w14:paraId="21FA256E" w14:textId="77777777" w:rsidR="00352C85" w:rsidRPr="00A71430" w:rsidRDefault="00352C85" w:rsidP="00352C85">
            <w:pPr>
              <w:jc w:val="center"/>
              <w:rPr>
                <w:rFonts w:ascii="Corbel Light" w:hAnsi="Corbel Light" w:cstheme="majorHAnsi"/>
                <w:sz w:val="21"/>
                <w:szCs w:val="21"/>
              </w:rPr>
            </w:pPr>
          </w:p>
        </w:tc>
        <w:tc>
          <w:tcPr>
            <w:tcW w:w="1393" w:type="dxa"/>
          </w:tcPr>
          <w:p w14:paraId="22FFC102" w14:textId="77777777" w:rsidR="00352C85" w:rsidRPr="00A71430" w:rsidRDefault="00352C85" w:rsidP="00352C85">
            <w:pPr>
              <w:jc w:val="center"/>
              <w:rPr>
                <w:rFonts w:ascii="Corbel Light" w:hAnsi="Corbel Light" w:cstheme="majorHAnsi"/>
                <w:sz w:val="21"/>
                <w:szCs w:val="21"/>
              </w:rPr>
            </w:pPr>
          </w:p>
        </w:tc>
        <w:tc>
          <w:tcPr>
            <w:tcW w:w="1264" w:type="dxa"/>
          </w:tcPr>
          <w:p w14:paraId="40B1E216" w14:textId="77777777" w:rsidR="00352C85" w:rsidRPr="00A71430" w:rsidRDefault="00352C85" w:rsidP="00352C85">
            <w:pPr>
              <w:jc w:val="center"/>
              <w:rPr>
                <w:rFonts w:ascii="Corbel Light" w:hAnsi="Corbel Light" w:cstheme="majorHAnsi"/>
                <w:sz w:val="21"/>
                <w:szCs w:val="21"/>
              </w:rPr>
            </w:pPr>
          </w:p>
        </w:tc>
        <w:tc>
          <w:tcPr>
            <w:tcW w:w="1264" w:type="dxa"/>
          </w:tcPr>
          <w:p w14:paraId="754BCFE6" w14:textId="77777777" w:rsidR="00352C85" w:rsidRPr="00A71430" w:rsidRDefault="00352C85" w:rsidP="00352C85">
            <w:pPr>
              <w:jc w:val="center"/>
              <w:rPr>
                <w:rFonts w:ascii="Corbel Light" w:hAnsi="Corbel Light" w:cstheme="majorHAnsi"/>
                <w:sz w:val="21"/>
                <w:szCs w:val="21"/>
              </w:rPr>
            </w:pPr>
          </w:p>
        </w:tc>
      </w:tr>
      <w:tr w:rsidR="00352C85" w:rsidRPr="00A71430" w14:paraId="75B6A224" w14:textId="04CAD6BE" w:rsidTr="00352C85">
        <w:tc>
          <w:tcPr>
            <w:tcW w:w="3508" w:type="dxa"/>
          </w:tcPr>
          <w:p w14:paraId="62CF43D1" w14:textId="1F053C62" w:rsidR="00352C85" w:rsidRPr="00A71430" w:rsidRDefault="00352C85" w:rsidP="00352C85">
            <w:pPr>
              <w:jc w:val="center"/>
              <w:rPr>
                <w:rFonts w:ascii="Corbel Light" w:hAnsi="Corbel Light" w:cstheme="majorHAnsi"/>
                <w:i/>
                <w:iCs/>
                <w:color w:val="808080" w:themeColor="background1" w:themeShade="80"/>
                <w:sz w:val="21"/>
                <w:szCs w:val="21"/>
              </w:rPr>
            </w:pPr>
            <w:r w:rsidRPr="00A71430">
              <w:rPr>
                <w:rFonts w:ascii="Corbel Light" w:hAnsi="Corbel Light" w:cstheme="majorHAnsi"/>
                <w:i/>
                <w:iCs/>
                <w:color w:val="808080" w:themeColor="background1" w:themeShade="80"/>
                <w:sz w:val="21"/>
                <w:szCs w:val="21"/>
              </w:rPr>
              <w:t>Example: Financial Acumen</w:t>
            </w:r>
          </w:p>
        </w:tc>
        <w:tc>
          <w:tcPr>
            <w:tcW w:w="1141" w:type="dxa"/>
          </w:tcPr>
          <w:p w14:paraId="44699B0B" w14:textId="77777777" w:rsidR="00352C85" w:rsidRPr="00A71430" w:rsidRDefault="00352C85" w:rsidP="00352C85">
            <w:pPr>
              <w:jc w:val="center"/>
              <w:rPr>
                <w:rFonts w:ascii="Corbel Light" w:hAnsi="Corbel Light" w:cstheme="majorHAnsi"/>
                <w:sz w:val="21"/>
                <w:szCs w:val="21"/>
              </w:rPr>
            </w:pPr>
            <w:r w:rsidRPr="00A71430">
              <w:rPr>
                <w:rFonts w:ascii="Segoe UI Symbol" w:hAnsi="Segoe UI Symbol" w:cs="Segoe UI Symbol"/>
                <w:sz w:val="21"/>
                <w:szCs w:val="21"/>
              </w:rPr>
              <w:t>☐</w:t>
            </w:r>
          </w:p>
        </w:tc>
        <w:tc>
          <w:tcPr>
            <w:tcW w:w="1316" w:type="dxa"/>
          </w:tcPr>
          <w:p w14:paraId="226DC0FA" w14:textId="77777777" w:rsidR="00352C85" w:rsidRPr="00A71430" w:rsidRDefault="00352C85" w:rsidP="00352C85">
            <w:pPr>
              <w:jc w:val="center"/>
              <w:rPr>
                <w:rFonts w:ascii="Corbel Light" w:hAnsi="Corbel Light" w:cstheme="majorHAnsi"/>
                <w:sz w:val="21"/>
                <w:szCs w:val="21"/>
              </w:rPr>
            </w:pPr>
            <w:r w:rsidRPr="00A71430">
              <w:rPr>
                <w:rFonts w:ascii="Segoe UI Symbol" w:hAnsi="Segoe UI Symbol" w:cs="Segoe UI Symbol"/>
                <w:sz w:val="21"/>
                <w:szCs w:val="21"/>
              </w:rPr>
              <w:t>☐</w:t>
            </w:r>
          </w:p>
        </w:tc>
        <w:tc>
          <w:tcPr>
            <w:tcW w:w="1316" w:type="dxa"/>
          </w:tcPr>
          <w:p w14:paraId="6790F156" w14:textId="77777777" w:rsidR="00352C85" w:rsidRPr="00A71430" w:rsidRDefault="00352C85" w:rsidP="00352C85">
            <w:pPr>
              <w:jc w:val="center"/>
              <w:rPr>
                <w:rFonts w:ascii="Corbel Light" w:hAnsi="Corbel Light" w:cstheme="majorHAnsi"/>
                <w:sz w:val="21"/>
                <w:szCs w:val="21"/>
              </w:rPr>
            </w:pPr>
            <w:r w:rsidRPr="00A71430">
              <w:rPr>
                <w:rFonts w:ascii="Segoe UI Symbol" w:hAnsi="Segoe UI Symbol" w:cs="Segoe UI Symbol"/>
                <w:sz w:val="21"/>
                <w:szCs w:val="21"/>
              </w:rPr>
              <w:t>☐</w:t>
            </w:r>
          </w:p>
        </w:tc>
        <w:tc>
          <w:tcPr>
            <w:tcW w:w="1316" w:type="dxa"/>
          </w:tcPr>
          <w:p w14:paraId="3E876B20" w14:textId="77777777" w:rsidR="00352C85" w:rsidRPr="00A71430" w:rsidRDefault="00352C85" w:rsidP="00352C85">
            <w:pPr>
              <w:jc w:val="center"/>
              <w:rPr>
                <w:rFonts w:ascii="Corbel Light" w:hAnsi="Corbel Light" w:cstheme="majorHAnsi"/>
                <w:sz w:val="21"/>
                <w:szCs w:val="21"/>
              </w:rPr>
            </w:pPr>
            <w:r w:rsidRPr="00A71430">
              <w:rPr>
                <w:rFonts w:ascii="Segoe UI Symbol" w:hAnsi="Segoe UI Symbol" w:cs="Segoe UI Symbol"/>
                <w:sz w:val="21"/>
                <w:szCs w:val="21"/>
              </w:rPr>
              <w:t>☐</w:t>
            </w:r>
          </w:p>
        </w:tc>
        <w:tc>
          <w:tcPr>
            <w:tcW w:w="1393" w:type="dxa"/>
          </w:tcPr>
          <w:p w14:paraId="71FD3673" w14:textId="77777777" w:rsidR="00352C85" w:rsidRPr="00A71430" w:rsidRDefault="00352C85" w:rsidP="00352C85">
            <w:pPr>
              <w:jc w:val="center"/>
              <w:rPr>
                <w:rFonts w:ascii="Corbel Light" w:hAnsi="Corbel Light" w:cstheme="majorHAnsi"/>
                <w:sz w:val="21"/>
                <w:szCs w:val="21"/>
              </w:rPr>
            </w:pPr>
            <w:r w:rsidRPr="00A71430">
              <w:rPr>
                <w:rFonts w:ascii="Segoe UI Symbol" w:hAnsi="Segoe UI Symbol" w:cs="Segoe UI Symbol"/>
                <w:sz w:val="21"/>
                <w:szCs w:val="21"/>
              </w:rPr>
              <w:t>☐</w:t>
            </w:r>
          </w:p>
          <w:p w14:paraId="6C258044" w14:textId="77777777" w:rsidR="00352C85" w:rsidRPr="00A71430" w:rsidRDefault="00352C85" w:rsidP="00352C85">
            <w:pPr>
              <w:jc w:val="center"/>
              <w:rPr>
                <w:rFonts w:ascii="Corbel Light" w:hAnsi="Corbel Light" w:cstheme="majorHAnsi"/>
                <w:sz w:val="21"/>
                <w:szCs w:val="21"/>
              </w:rPr>
            </w:pPr>
          </w:p>
        </w:tc>
        <w:tc>
          <w:tcPr>
            <w:tcW w:w="1393" w:type="dxa"/>
          </w:tcPr>
          <w:p w14:paraId="47FC2E97" w14:textId="77777777" w:rsidR="00352C85" w:rsidRPr="00A71430" w:rsidRDefault="00352C85" w:rsidP="00352C85">
            <w:pPr>
              <w:jc w:val="center"/>
              <w:rPr>
                <w:rFonts w:ascii="Corbel Light" w:hAnsi="Corbel Light" w:cstheme="majorHAnsi"/>
                <w:sz w:val="21"/>
                <w:szCs w:val="21"/>
              </w:rPr>
            </w:pPr>
            <w:r w:rsidRPr="00A71430">
              <w:rPr>
                <w:rFonts w:ascii="Segoe UI Symbol" w:hAnsi="Segoe UI Symbol" w:cs="Segoe UI Symbol"/>
                <w:sz w:val="21"/>
                <w:szCs w:val="21"/>
              </w:rPr>
              <w:t>☐</w:t>
            </w:r>
          </w:p>
          <w:p w14:paraId="59C2EA02" w14:textId="77777777" w:rsidR="00352C85" w:rsidRPr="00A71430" w:rsidRDefault="00352C85" w:rsidP="00352C85">
            <w:pPr>
              <w:jc w:val="center"/>
              <w:rPr>
                <w:rFonts w:ascii="Corbel Light" w:hAnsi="Corbel Light" w:cstheme="majorHAnsi"/>
                <w:sz w:val="21"/>
                <w:szCs w:val="21"/>
              </w:rPr>
            </w:pPr>
          </w:p>
        </w:tc>
        <w:tc>
          <w:tcPr>
            <w:tcW w:w="1393" w:type="dxa"/>
          </w:tcPr>
          <w:p w14:paraId="27DAFDF8" w14:textId="77777777" w:rsidR="00352C85" w:rsidRPr="00A71430" w:rsidRDefault="00352C85" w:rsidP="00352C85">
            <w:pPr>
              <w:jc w:val="center"/>
              <w:rPr>
                <w:rFonts w:ascii="Corbel Light" w:hAnsi="Corbel Light" w:cstheme="majorHAnsi"/>
                <w:sz w:val="21"/>
                <w:szCs w:val="21"/>
              </w:rPr>
            </w:pPr>
            <w:r w:rsidRPr="00A71430">
              <w:rPr>
                <w:rFonts w:ascii="Segoe UI Symbol" w:hAnsi="Segoe UI Symbol" w:cs="Segoe UI Symbol"/>
                <w:sz w:val="21"/>
                <w:szCs w:val="21"/>
              </w:rPr>
              <w:t>☐</w:t>
            </w:r>
          </w:p>
          <w:p w14:paraId="5C96FEB4" w14:textId="77777777" w:rsidR="00352C85" w:rsidRPr="00A71430" w:rsidRDefault="00352C85" w:rsidP="00352C85">
            <w:pPr>
              <w:jc w:val="center"/>
              <w:rPr>
                <w:rFonts w:ascii="Corbel Light" w:hAnsi="Corbel Light" w:cstheme="majorHAnsi"/>
                <w:sz w:val="21"/>
                <w:szCs w:val="21"/>
              </w:rPr>
            </w:pPr>
          </w:p>
        </w:tc>
        <w:tc>
          <w:tcPr>
            <w:tcW w:w="1264" w:type="dxa"/>
          </w:tcPr>
          <w:p w14:paraId="782BDDE2" w14:textId="77777777" w:rsidR="00352C85" w:rsidRPr="00A71430" w:rsidRDefault="00352C85" w:rsidP="00352C85">
            <w:pPr>
              <w:jc w:val="center"/>
              <w:rPr>
                <w:rFonts w:ascii="Corbel Light" w:hAnsi="Corbel Light" w:cstheme="majorHAnsi"/>
                <w:sz w:val="21"/>
                <w:szCs w:val="21"/>
              </w:rPr>
            </w:pPr>
            <w:r w:rsidRPr="00A71430">
              <w:rPr>
                <w:rFonts w:ascii="Segoe UI Symbol" w:hAnsi="Segoe UI Symbol" w:cs="Segoe UI Symbol"/>
                <w:sz w:val="21"/>
                <w:szCs w:val="21"/>
              </w:rPr>
              <w:t>☐</w:t>
            </w:r>
          </w:p>
          <w:p w14:paraId="554AEDED" w14:textId="77777777" w:rsidR="00352C85" w:rsidRPr="00A71430" w:rsidRDefault="00352C85" w:rsidP="00352C85">
            <w:pPr>
              <w:jc w:val="center"/>
              <w:rPr>
                <w:rFonts w:ascii="Corbel Light" w:hAnsi="Corbel Light" w:cstheme="majorHAnsi"/>
                <w:sz w:val="21"/>
                <w:szCs w:val="21"/>
              </w:rPr>
            </w:pPr>
          </w:p>
        </w:tc>
        <w:tc>
          <w:tcPr>
            <w:tcW w:w="1264" w:type="dxa"/>
          </w:tcPr>
          <w:p w14:paraId="768AACEB" w14:textId="77777777" w:rsidR="00352C85" w:rsidRPr="00A71430" w:rsidRDefault="00352C85" w:rsidP="00352C85">
            <w:pPr>
              <w:jc w:val="center"/>
              <w:rPr>
                <w:rFonts w:ascii="Corbel Light" w:hAnsi="Corbel Light" w:cstheme="majorHAnsi"/>
                <w:sz w:val="21"/>
                <w:szCs w:val="21"/>
              </w:rPr>
            </w:pPr>
            <w:r w:rsidRPr="00A71430">
              <w:rPr>
                <w:rFonts w:ascii="Segoe UI Symbol" w:hAnsi="Segoe UI Symbol" w:cs="Segoe UI Symbol"/>
                <w:sz w:val="21"/>
                <w:szCs w:val="21"/>
              </w:rPr>
              <w:t>☐</w:t>
            </w:r>
          </w:p>
          <w:p w14:paraId="749CD90A" w14:textId="77777777" w:rsidR="00352C85" w:rsidRPr="00A71430" w:rsidRDefault="00352C85" w:rsidP="00352C85">
            <w:pPr>
              <w:jc w:val="center"/>
              <w:rPr>
                <w:rFonts w:ascii="Corbel Light" w:hAnsi="Corbel Light" w:cstheme="majorHAnsi"/>
                <w:sz w:val="21"/>
                <w:szCs w:val="21"/>
              </w:rPr>
            </w:pPr>
          </w:p>
        </w:tc>
      </w:tr>
      <w:tr w:rsidR="00352C85" w:rsidRPr="00A71430" w14:paraId="00A4D12D" w14:textId="7B7FB0B9" w:rsidTr="00352C85">
        <w:tc>
          <w:tcPr>
            <w:tcW w:w="3508" w:type="dxa"/>
          </w:tcPr>
          <w:p w14:paraId="7A773F94" w14:textId="7DD0EE30" w:rsidR="00352C85" w:rsidRPr="00A71430" w:rsidRDefault="00352C85" w:rsidP="00352C85">
            <w:pPr>
              <w:jc w:val="center"/>
              <w:rPr>
                <w:rFonts w:ascii="Corbel Light" w:hAnsi="Corbel Light" w:cstheme="majorHAnsi"/>
                <w:sz w:val="21"/>
                <w:szCs w:val="21"/>
              </w:rPr>
            </w:pPr>
          </w:p>
        </w:tc>
        <w:tc>
          <w:tcPr>
            <w:tcW w:w="1141" w:type="dxa"/>
          </w:tcPr>
          <w:p w14:paraId="4BCEFE63" w14:textId="77777777" w:rsidR="00352C85" w:rsidRPr="00A71430" w:rsidRDefault="00352C85" w:rsidP="00352C85">
            <w:pPr>
              <w:jc w:val="center"/>
              <w:rPr>
                <w:rFonts w:ascii="Corbel Light" w:hAnsi="Corbel Light" w:cstheme="majorHAnsi"/>
                <w:sz w:val="21"/>
                <w:szCs w:val="21"/>
              </w:rPr>
            </w:pPr>
            <w:r w:rsidRPr="00A71430">
              <w:rPr>
                <w:rFonts w:ascii="Segoe UI Symbol" w:hAnsi="Segoe UI Symbol" w:cs="Segoe UI Symbol"/>
                <w:sz w:val="21"/>
                <w:szCs w:val="21"/>
              </w:rPr>
              <w:t>☐</w:t>
            </w:r>
          </w:p>
        </w:tc>
        <w:tc>
          <w:tcPr>
            <w:tcW w:w="1316" w:type="dxa"/>
          </w:tcPr>
          <w:p w14:paraId="5F01EBE9" w14:textId="77777777" w:rsidR="00352C85" w:rsidRPr="00A71430" w:rsidRDefault="00352C85" w:rsidP="00352C85">
            <w:pPr>
              <w:jc w:val="center"/>
              <w:rPr>
                <w:rFonts w:ascii="Corbel Light" w:hAnsi="Corbel Light" w:cstheme="majorHAnsi"/>
                <w:sz w:val="21"/>
                <w:szCs w:val="21"/>
              </w:rPr>
            </w:pPr>
            <w:r w:rsidRPr="00A71430">
              <w:rPr>
                <w:rFonts w:ascii="Segoe UI Symbol" w:hAnsi="Segoe UI Symbol" w:cs="Segoe UI Symbol"/>
                <w:sz w:val="21"/>
                <w:szCs w:val="21"/>
              </w:rPr>
              <w:t>☐</w:t>
            </w:r>
          </w:p>
        </w:tc>
        <w:tc>
          <w:tcPr>
            <w:tcW w:w="1316" w:type="dxa"/>
          </w:tcPr>
          <w:p w14:paraId="67C44294" w14:textId="77777777" w:rsidR="00352C85" w:rsidRPr="00A71430" w:rsidRDefault="00352C85" w:rsidP="00352C85">
            <w:pPr>
              <w:jc w:val="center"/>
              <w:rPr>
                <w:rFonts w:ascii="Corbel Light" w:hAnsi="Corbel Light" w:cstheme="majorHAnsi"/>
                <w:sz w:val="21"/>
                <w:szCs w:val="21"/>
              </w:rPr>
            </w:pPr>
            <w:r w:rsidRPr="00A71430">
              <w:rPr>
                <w:rFonts w:ascii="Segoe UI Symbol" w:hAnsi="Segoe UI Symbol" w:cs="Segoe UI Symbol"/>
                <w:sz w:val="21"/>
                <w:szCs w:val="21"/>
              </w:rPr>
              <w:t>☐</w:t>
            </w:r>
          </w:p>
        </w:tc>
        <w:tc>
          <w:tcPr>
            <w:tcW w:w="1316" w:type="dxa"/>
          </w:tcPr>
          <w:p w14:paraId="6F3B080C" w14:textId="77777777" w:rsidR="00352C85" w:rsidRPr="00A71430" w:rsidRDefault="00352C85" w:rsidP="00352C85">
            <w:pPr>
              <w:jc w:val="center"/>
              <w:rPr>
                <w:rFonts w:ascii="Corbel Light" w:hAnsi="Corbel Light" w:cstheme="majorHAnsi"/>
                <w:sz w:val="21"/>
                <w:szCs w:val="21"/>
              </w:rPr>
            </w:pPr>
            <w:r w:rsidRPr="00A71430">
              <w:rPr>
                <w:rFonts w:ascii="Segoe UI Symbol" w:hAnsi="Segoe UI Symbol" w:cs="Segoe UI Symbol"/>
                <w:sz w:val="21"/>
                <w:szCs w:val="21"/>
              </w:rPr>
              <w:t>☐</w:t>
            </w:r>
          </w:p>
        </w:tc>
        <w:tc>
          <w:tcPr>
            <w:tcW w:w="1393" w:type="dxa"/>
          </w:tcPr>
          <w:p w14:paraId="2C9A6423" w14:textId="77777777" w:rsidR="00352C85" w:rsidRPr="00A71430" w:rsidRDefault="00352C85" w:rsidP="00352C85">
            <w:pPr>
              <w:jc w:val="center"/>
              <w:rPr>
                <w:rFonts w:ascii="Corbel Light" w:hAnsi="Corbel Light" w:cstheme="majorHAnsi"/>
                <w:sz w:val="21"/>
                <w:szCs w:val="21"/>
              </w:rPr>
            </w:pPr>
            <w:r w:rsidRPr="00A71430">
              <w:rPr>
                <w:rFonts w:ascii="Segoe UI Symbol" w:hAnsi="Segoe UI Symbol" w:cs="Segoe UI Symbol"/>
                <w:sz w:val="21"/>
                <w:szCs w:val="21"/>
              </w:rPr>
              <w:t>☐</w:t>
            </w:r>
          </w:p>
          <w:p w14:paraId="46B09DDC" w14:textId="77777777" w:rsidR="00352C85" w:rsidRPr="00A71430" w:rsidRDefault="00352C85" w:rsidP="00352C85">
            <w:pPr>
              <w:jc w:val="center"/>
              <w:rPr>
                <w:rFonts w:ascii="Corbel Light" w:hAnsi="Corbel Light" w:cstheme="majorHAnsi"/>
                <w:sz w:val="21"/>
                <w:szCs w:val="21"/>
              </w:rPr>
            </w:pPr>
          </w:p>
        </w:tc>
        <w:tc>
          <w:tcPr>
            <w:tcW w:w="1393" w:type="dxa"/>
          </w:tcPr>
          <w:p w14:paraId="30942FA6" w14:textId="77777777" w:rsidR="00352C85" w:rsidRPr="00A71430" w:rsidRDefault="00352C85" w:rsidP="00352C85">
            <w:pPr>
              <w:jc w:val="center"/>
              <w:rPr>
                <w:rFonts w:ascii="Corbel Light" w:hAnsi="Corbel Light" w:cstheme="majorHAnsi"/>
                <w:sz w:val="21"/>
                <w:szCs w:val="21"/>
              </w:rPr>
            </w:pPr>
            <w:r w:rsidRPr="00A71430">
              <w:rPr>
                <w:rFonts w:ascii="Segoe UI Symbol" w:hAnsi="Segoe UI Symbol" w:cs="Segoe UI Symbol"/>
                <w:sz w:val="21"/>
                <w:szCs w:val="21"/>
              </w:rPr>
              <w:t>☐</w:t>
            </w:r>
          </w:p>
          <w:p w14:paraId="1CB184C2" w14:textId="77777777" w:rsidR="00352C85" w:rsidRPr="00A71430" w:rsidRDefault="00352C85" w:rsidP="00352C85">
            <w:pPr>
              <w:jc w:val="center"/>
              <w:rPr>
                <w:rFonts w:ascii="Corbel Light" w:hAnsi="Corbel Light" w:cstheme="majorHAnsi"/>
                <w:sz w:val="21"/>
                <w:szCs w:val="21"/>
              </w:rPr>
            </w:pPr>
          </w:p>
        </w:tc>
        <w:tc>
          <w:tcPr>
            <w:tcW w:w="1393" w:type="dxa"/>
          </w:tcPr>
          <w:p w14:paraId="174DCC7E" w14:textId="77777777" w:rsidR="00352C85" w:rsidRPr="00A71430" w:rsidRDefault="00352C85" w:rsidP="00352C85">
            <w:pPr>
              <w:jc w:val="center"/>
              <w:rPr>
                <w:rFonts w:ascii="Corbel Light" w:hAnsi="Corbel Light" w:cstheme="majorHAnsi"/>
                <w:sz w:val="21"/>
                <w:szCs w:val="21"/>
              </w:rPr>
            </w:pPr>
            <w:r w:rsidRPr="00A71430">
              <w:rPr>
                <w:rFonts w:ascii="Segoe UI Symbol" w:hAnsi="Segoe UI Symbol" w:cs="Segoe UI Symbol"/>
                <w:sz w:val="21"/>
                <w:szCs w:val="21"/>
              </w:rPr>
              <w:t>☐</w:t>
            </w:r>
          </w:p>
          <w:p w14:paraId="086972FE" w14:textId="77777777" w:rsidR="00352C85" w:rsidRPr="00A71430" w:rsidRDefault="00352C85" w:rsidP="00352C85">
            <w:pPr>
              <w:jc w:val="center"/>
              <w:rPr>
                <w:rFonts w:ascii="Corbel Light" w:hAnsi="Corbel Light" w:cstheme="majorHAnsi"/>
                <w:sz w:val="21"/>
                <w:szCs w:val="21"/>
              </w:rPr>
            </w:pPr>
          </w:p>
        </w:tc>
        <w:tc>
          <w:tcPr>
            <w:tcW w:w="1264" w:type="dxa"/>
          </w:tcPr>
          <w:p w14:paraId="45EC1685" w14:textId="77777777" w:rsidR="00352C85" w:rsidRPr="00A71430" w:rsidRDefault="00352C85" w:rsidP="00352C85">
            <w:pPr>
              <w:jc w:val="center"/>
              <w:rPr>
                <w:rFonts w:ascii="Corbel Light" w:hAnsi="Corbel Light" w:cstheme="majorHAnsi"/>
                <w:sz w:val="21"/>
                <w:szCs w:val="21"/>
              </w:rPr>
            </w:pPr>
            <w:r w:rsidRPr="00A71430">
              <w:rPr>
                <w:rFonts w:ascii="Segoe UI Symbol" w:hAnsi="Segoe UI Symbol" w:cs="Segoe UI Symbol"/>
                <w:sz w:val="21"/>
                <w:szCs w:val="21"/>
              </w:rPr>
              <w:t>☐</w:t>
            </w:r>
          </w:p>
          <w:p w14:paraId="4813A5DD" w14:textId="77777777" w:rsidR="00352C85" w:rsidRPr="00A71430" w:rsidRDefault="00352C85" w:rsidP="00352C85">
            <w:pPr>
              <w:jc w:val="center"/>
              <w:rPr>
                <w:rFonts w:ascii="Corbel Light" w:hAnsi="Corbel Light" w:cstheme="majorHAnsi"/>
                <w:sz w:val="21"/>
                <w:szCs w:val="21"/>
              </w:rPr>
            </w:pPr>
          </w:p>
        </w:tc>
        <w:tc>
          <w:tcPr>
            <w:tcW w:w="1264" w:type="dxa"/>
          </w:tcPr>
          <w:p w14:paraId="4118978D" w14:textId="77777777" w:rsidR="00352C85" w:rsidRPr="00A71430" w:rsidRDefault="00352C85" w:rsidP="00352C85">
            <w:pPr>
              <w:jc w:val="center"/>
              <w:rPr>
                <w:rFonts w:ascii="Corbel Light" w:hAnsi="Corbel Light" w:cstheme="majorHAnsi"/>
                <w:sz w:val="21"/>
                <w:szCs w:val="21"/>
              </w:rPr>
            </w:pPr>
            <w:r w:rsidRPr="00A71430">
              <w:rPr>
                <w:rFonts w:ascii="Segoe UI Symbol" w:hAnsi="Segoe UI Symbol" w:cs="Segoe UI Symbol"/>
                <w:sz w:val="21"/>
                <w:szCs w:val="21"/>
              </w:rPr>
              <w:t>☐</w:t>
            </w:r>
          </w:p>
          <w:p w14:paraId="6CABA61C" w14:textId="77777777" w:rsidR="00352C85" w:rsidRPr="00A71430" w:rsidRDefault="00352C85" w:rsidP="00352C85">
            <w:pPr>
              <w:jc w:val="center"/>
              <w:rPr>
                <w:rFonts w:ascii="Corbel Light" w:hAnsi="Corbel Light" w:cstheme="majorHAnsi"/>
                <w:sz w:val="21"/>
                <w:szCs w:val="21"/>
              </w:rPr>
            </w:pPr>
          </w:p>
        </w:tc>
      </w:tr>
      <w:tr w:rsidR="00352C85" w:rsidRPr="00A71430" w14:paraId="435547CB" w14:textId="7C98137D" w:rsidTr="00352C85">
        <w:tc>
          <w:tcPr>
            <w:tcW w:w="3508" w:type="dxa"/>
          </w:tcPr>
          <w:p w14:paraId="4DF94D11" w14:textId="534EADDC" w:rsidR="00352C85" w:rsidRPr="00A71430" w:rsidRDefault="00352C85" w:rsidP="00352C85">
            <w:pPr>
              <w:jc w:val="center"/>
              <w:rPr>
                <w:rFonts w:ascii="Corbel Light" w:hAnsi="Corbel Light" w:cstheme="majorHAnsi"/>
                <w:sz w:val="21"/>
                <w:szCs w:val="21"/>
              </w:rPr>
            </w:pPr>
          </w:p>
        </w:tc>
        <w:tc>
          <w:tcPr>
            <w:tcW w:w="1141" w:type="dxa"/>
          </w:tcPr>
          <w:p w14:paraId="700E54F9" w14:textId="77777777" w:rsidR="00352C85" w:rsidRPr="00A71430" w:rsidRDefault="00352C85" w:rsidP="00352C85">
            <w:pPr>
              <w:jc w:val="center"/>
              <w:rPr>
                <w:rFonts w:ascii="Corbel Light" w:hAnsi="Corbel Light" w:cstheme="majorHAnsi"/>
                <w:sz w:val="21"/>
                <w:szCs w:val="21"/>
              </w:rPr>
            </w:pPr>
            <w:r w:rsidRPr="00A71430">
              <w:rPr>
                <w:rFonts w:ascii="Segoe UI Symbol" w:hAnsi="Segoe UI Symbol" w:cs="Segoe UI Symbol"/>
                <w:sz w:val="21"/>
                <w:szCs w:val="21"/>
              </w:rPr>
              <w:t>☐</w:t>
            </w:r>
          </w:p>
        </w:tc>
        <w:tc>
          <w:tcPr>
            <w:tcW w:w="1316" w:type="dxa"/>
          </w:tcPr>
          <w:p w14:paraId="70DECAEA" w14:textId="77777777" w:rsidR="00352C85" w:rsidRPr="00A71430" w:rsidRDefault="00352C85" w:rsidP="00352C85">
            <w:pPr>
              <w:jc w:val="center"/>
              <w:rPr>
                <w:rFonts w:ascii="Corbel Light" w:hAnsi="Corbel Light" w:cstheme="majorHAnsi"/>
                <w:sz w:val="21"/>
                <w:szCs w:val="21"/>
              </w:rPr>
            </w:pPr>
            <w:r w:rsidRPr="00A71430">
              <w:rPr>
                <w:rFonts w:ascii="Segoe UI Symbol" w:hAnsi="Segoe UI Symbol" w:cs="Segoe UI Symbol"/>
                <w:sz w:val="21"/>
                <w:szCs w:val="21"/>
              </w:rPr>
              <w:t>☐</w:t>
            </w:r>
          </w:p>
        </w:tc>
        <w:tc>
          <w:tcPr>
            <w:tcW w:w="1316" w:type="dxa"/>
          </w:tcPr>
          <w:p w14:paraId="2E1B79F5" w14:textId="77777777" w:rsidR="00352C85" w:rsidRPr="00A71430" w:rsidRDefault="00352C85" w:rsidP="00352C85">
            <w:pPr>
              <w:jc w:val="center"/>
              <w:rPr>
                <w:rFonts w:ascii="Corbel Light" w:hAnsi="Corbel Light" w:cstheme="majorHAnsi"/>
                <w:sz w:val="21"/>
                <w:szCs w:val="21"/>
              </w:rPr>
            </w:pPr>
            <w:r w:rsidRPr="00A71430">
              <w:rPr>
                <w:rFonts w:ascii="Segoe UI Symbol" w:hAnsi="Segoe UI Symbol" w:cs="Segoe UI Symbol"/>
                <w:sz w:val="21"/>
                <w:szCs w:val="21"/>
              </w:rPr>
              <w:t>☐</w:t>
            </w:r>
          </w:p>
        </w:tc>
        <w:tc>
          <w:tcPr>
            <w:tcW w:w="1316" w:type="dxa"/>
          </w:tcPr>
          <w:p w14:paraId="6F2264B9" w14:textId="77777777" w:rsidR="00352C85" w:rsidRPr="00A71430" w:rsidRDefault="00352C85" w:rsidP="00352C85">
            <w:pPr>
              <w:jc w:val="center"/>
              <w:rPr>
                <w:rFonts w:ascii="Corbel Light" w:hAnsi="Corbel Light" w:cstheme="majorHAnsi"/>
                <w:sz w:val="21"/>
                <w:szCs w:val="21"/>
              </w:rPr>
            </w:pPr>
            <w:r w:rsidRPr="00A71430">
              <w:rPr>
                <w:rFonts w:ascii="Segoe UI Symbol" w:hAnsi="Segoe UI Symbol" w:cs="Segoe UI Symbol"/>
                <w:sz w:val="21"/>
                <w:szCs w:val="21"/>
              </w:rPr>
              <w:t>☐</w:t>
            </w:r>
          </w:p>
        </w:tc>
        <w:tc>
          <w:tcPr>
            <w:tcW w:w="1393" w:type="dxa"/>
          </w:tcPr>
          <w:p w14:paraId="3A351915" w14:textId="77777777" w:rsidR="00352C85" w:rsidRPr="00A71430" w:rsidRDefault="00352C85" w:rsidP="00352C85">
            <w:pPr>
              <w:jc w:val="center"/>
              <w:rPr>
                <w:rFonts w:ascii="Corbel Light" w:hAnsi="Corbel Light" w:cstheme="majorHAnsi"/>
                <w:sz w:val="21"/>
                <w:szCs w:val="21"/>
              </w:rPr>
            </w:pPr>
            <w:r w:rsidRPr="00A71430">
              <w:rPr>
                <w:rFonts w:ascii="Segoe UI Symbol" w:hAnsi="Segoe UI Symbol" w:cs="Segoe UI Symbol"/>
                <w:sz w:val="21"/>
                <w:szCs w:val="21"/>
              </w:rPr>
              <w:t>☐</w:t>
            </w:r>
          </w:p>
          <w:p w14:paraId="157EFA4E" w14:textId="77777777" w:rsidR="00352C85" w:rsidRPr="00A71430" w:rsidRDefault="00352C85" w:rsidP="00352C85">
            <w:pPr>
              <w:jc w:val="center"/>
              <w:rPr>
                <w:rFonts w:ascii="Corbel Light" w:hAnsi="Corbel Light" w:cstheme="majorHAnsi"/>
                <w:sz w:val="21"/>
                <w:szCs w:val="21"/>
              </w:rPr>
            </w:pPr>
          </w:p>
        </w:tc>
        <w:tc>
          <w:tcPr>
            <w:tcW w:w="1393" w:type="dxa"/>
          </w:tcPr>
          <w:p w14:paraId="3FF4B026" w14:textId="77777777" w:rsidR="00352C85" w:rsidRPr="00A71430" w:rsidRDefault="00352C85" w:rsidP="00352C85">
            <w:pPr>
              <w:jc w:val="center"/>
              <w:rPr>
                <w:rFonts w:ascii="Corbel Light" w:hAnsi="Corbel Light" w:cstheme="majorHAnsi"/>
                <w:sz w:val="21"/>
                <w:szCs w:val="21"/>
              </w:rPr>
            </w:pPr>
            <w:r w:rsidRPr="00A71430">
              <w:rPr>
                <w:rFonts w:ascii="Segoe UI Symbol" w:hAnsi="Segoe UI Symbol" w:cs="Segoe UI Symbol"/>
                <w:sz w:val="21"/>
                <w:szCs w:val="21"/>
              </w:rPr>
              <w:t>☐</w:t>
            </w:r>
          </w:p>
          <w:p w14:paraId="5002EAC4" w14:textId="77777777" w:rsidR="00352C85" w:rsidRPr="00A71430" w:rsidRDefault="00352C85" w:rsidP="00352C85">
            <w:pPr>
              <w:jc w:val="center"/>
              <w:rPr>
                <w:rFonts w:ascii="Corbel Light" w:hAnsi="Corbel Light" w:cstheme="majorHAnsi"/>
                <w:sz w:val="21"/>
                <w:szCs w:val="21"/>
              </w:rPr>
            </w:pPr>
          </w:p>
        </w:tc>
        <w:tc>
          <w:tcPr>
            <w:tcW w:w="1393" w:type="dxa"/>
          </w:tcPr>
          <w:p w14:paraId="1EAAB67F" w14:textId="77777777" w:rsidR="00352C85" w:rsidRPr="00A71430" w:rsidRDefault="00352C85" w:rsidP="00352C85">
            <w:pPr>
              <w:jc w:val="center"/>
              <w:rPr>
                <w:rFonts w:ascii="Corbel Light" w:hAnsi="Corbel Light" w:cstheme="majorHAnsi"/>
                <w:sz w:val="21"/>
                <w:szCs w:val="21"/>
              </w:rPr>
            </w:pPr>
            <w:r w:rsidRPr="00A71430">
              <w:rPr>
                <w:rFonts w:ascii="Segoe UI Symbol" w:hAnsi="Segoe UI Symbol" w:cs="Segoe UI Symbol"/>
                <w:sz w:val="21"/>
                <w:szCs w:val="21"/>
              </w:rPr>
              <w:t>☐</w:t>
            </w:r>
          </w:p>
          <w:p w14:paraId="4A5DDEB6" w14:textId="77777777" w:rsidR="00352C85" w:rsidRPr="00A71430" w:rsidRDefault="00352C85" w:rsidP="00352C85">
            <w:pPr>
              <w:jc w:val="center"/>
              <w:rPr>
                <w:rFonts w:ascii="Corbel Light" w:hAnsi="Corbel Light" w:cstheme="majorHAnsi"/>
                <w:sz w:val="21"/>
                <w:szCs w:val="21"/>
              </w:rPr>
            </w:pPr>
          </w:p>
        </w:tc>
        <w:tc>
          <w:tcPr>
            <w:tcW w:w="1264" w:type="dxa"/>
          </w:tcPr>
          <w:p w14:paraId="0D28CA0E" w14:textId="77777777" w:rsidR="00352C85" w:rsidRPr="00A71430" w:rsidRDefault="00352C85" w:rsidP="00352C85">
            <w:pPr>
              <w:jc w:val="center"/>
              <w:rPr>
                <w:rFonts w:ascii="Corbel Light" w:hAnsi="Corbel Light" w:cstheme="majorHAnsi"/>
                <w:sz w:val="21"/>
                <w:szCs w:val="21"/>
              </w:rPr>
            </w:pPr>
            <w:r w:rsidRPr="00A71430">
              <w:rPr>
                <w:rFonts w:ascii="Segoe UI Symbol" w:hAnsi="Segoe UI Symbol" w:cs="Segoe UI Symbol"/>
                <w:sz w:val="21"/>
                <w:szCs w:val="21"/>
              </w:rPr>
              <w:t>☐</w:t>
            </w:r>
          </w:p>
          <w:p w14:paraId="2B9970F4" w14:textId="77777777" w:rsidR="00352C85" w:rsidRPr="00A71430" w:rsidRDefault="00352C85" w:rsidP="00352C85">
            <w:pPr>
              <w:jc w:val="center"/>
              <w:rPr>
                <w:rFonts w:ascii="Corbel Light" w:hAnsi="Corbel Light" w:cstheme="majorHAnsi"/>
                <w:sz w:val="21"/>
                <w:szCs w:val="21"/>
              </w:rPr>
            </w:pPr>
          </w:p>
        </w:tc>
        <w:tc>
          <w:tcPr>
            <w:tcW w:w="1264" w:type="dxa"/>
          </w:tcPr>
          <w:p w14:paraId="677AD084" w14:textId="77777777" w:rsidR="00352C85" w:rsidRPr="00A71430" w:rsidRDefault="00352C85" w:rsidP="00352C85">
            <w:pPr>
              <w:jc w:val="center"/>
              <w:rPr>
                <w:rFonts w:ascii="Corbel Light" w:hAnsi="Corbel Light" w:cstheme="majorHAnsi"/>
                <w:sz w:val="21"/>
                <w:szCs w:val="21"/>
              </w:rPr>
            </w:pPr>
            <w:r w:rsidRPr="00A71430">
              <w:rPr>
                <w:rFonts w:ascii="Segoe UI Symbol" w:hAnsi="Segoe UI Symbol" w:cs="Segoe UI Symbol"/>
                <w:sz w:val="21"/>
                <w:szCs w:val="21"/>
              </w:rPr>
              <w:t>☐</w:t>
            </w:r>
          </w:p>
          <w:p w14:paraId="71309247" w14:textId="77777777" w:rsidR="00352C85" w:rsidRPr="00A71430" w:rsidRDefault="00352C85" w:rsidP="00352C85">
            <w:pPr>
              <w:jc w:val="center"/>
              <w:rPr>
                <w:rFonts w:ascii="Corbel Light" w:hAnsi="Corbel Light" w:cstheme="majorHAnsi"/>
                <w:sz w:val="21"/>
                <w:szCs w:val="21"/>
              </w:rPr>
            </w:pPr>
          </w:p>
        </w:tc>
      </w:tr>
      <w:tr w:rsidR="00352C85" w:rsidRPr="00A71430" w14:paraId="30814EE8" w14:textId="0DDF0E4E" w:rsidTr="00352C85">
        <w:tc>
          <w:tcPr>
            <w:tcW w:w="3508" w:type="dxa"/>
          </w:tcPr>
          <w:p w14:paraId="39B01F32" w14:textId="0C70A5AB" w:rsidR="00352C85" w:rsidRPr="00A71430" w:rsidRDefault="00352C85" w:rsidP="00352C85">
            <w:pPr>
              <w:jc w:val="center"/>
              <w:rPr>
                <w:rFonts w:ascii="Corbel Light" w:hAnsi="Corbel Light" w:cstheme="majorHAnsi"/>
                <w:sz w:val="21"/>
                <w:szCs w:val="21"/>
              </w:rPr>
            </w:pPr>
          </w:p>
        </w:tc>
        <w:tc>
          <w:tcPr>
            <w:tcW w:w="1141" w:type="dxa"/>
          </w:tcPr>
          <w:p w14:paraId="34A9A2F2" w14:textId="77777777" w:rsidR="00352C85" w:rsidRPr="00A71430" w:rsidRDefault="00352C85" w:rsidP="00352C85">
            <w:pPr>
              <w:jc w:val="center"/>
              <w:rPr>
                <w:rFonts w:ascii="Corbel Light" w:hAnsi="Corbel Light" w:cstheme="majorHAnsi"/>
                <w:sz w:val="21"/>
                <w:szCs w:val="21"/>
              </w:rPr>
            </w:pPr>
            <w:r w:rsidRPr="00A71430">
              <w:rPr>
                <w:rFonts w:ascii="Segoe UI Symbol" w:hAnsi="Segoe UI Symbol" w:cs="Segoe UI Symbol"/>
                <w:sz w:val="21"/>
                <w:szCs w:val="21"/>
              </w:rPr>
              <w:t>☐</w:t>
            </w:r>
          </w:p>
        </w:tc>
        <w:tc>
          <w:tcPr>
            <w:tcW w:w="1316" w:type="dxa"/>
          </w:tcPr>
          <w:p w14:paraId="6ADCF953" w14:textId="77777777" w:rsidR="00352C85" w:rsidRPr="00A71430" w:rsidRDefault="00352C85" w:rsidP="00352C85">
            <w:pPr>
              <w:jc w:val="center"/>
              <w:rPr>
                <w:rFonts w:ascii="Corbel Light" w:hAnsi="Corbel Light" w:cstheme="majorHAnsi"/>
                <w:sz w:val="21"/>
                <w:szCs w:val="21"/>
              </w:rPr>
            </w:pPr>
            <w:r w:rsidRPr="00A71430">
              <w:rPr>
                <w:rFonts w:ascii="Segoe UI Symbol" w:hAnsi="Segoe UI Symbol" w:cs="Segoe UI Symbol"/>
                <w:sz w:val="21"/>
                <w:szCs w:val="21"/>
              </w:rPr>
              <w:t>☐</w:t>
            </w:r>
          </w:p>
        </w:tc>
        <w:tc>
          <w:tcPr>
            <w:tcW w:w="1316" w:type="dxa"/>
          </w:tcPr>
          <w:p w14:paraId="3A55D612" w14:textId="77777777" w:rsidR="00352C85" w:rsidRPr="00A71430" w:rsidRDefault="00352C85" w:rsidP="00352C85">
            <w:pPr>
              <w:jc w:val="center"/>
              <w:rPr>
                <w:rFonts w:ascii="Corbel Light" w:hAnsi="Corbel Light" w:cstheme="majorHAnsi"/>
                <w:sz w:val="21"/>
                <w:szCs w:val="21"/>
              </w:rPr>
            </w:pPr>
            <w:r w:rsidRPr="00A71430">
              <w:rPr>
                <w:rFonts w:ascii="Segoe UI Symbol" w:hAnsi="Segoe UI Symbol" w:cs="Segoe UI Symbol"/>
                <w:sz w:val="21"/>
                <w:szCs w:val="21"/>
              </w:rPr>
              <w:t>☐</w:t>
            </w:r>
          </w:p>
        </w:tc>
        <w:tc>
          <w:tcPr>
            <w:tcW w:w="1316" w:type="dxa"/>
          </w:tcPr>
          <w:p w14:paraId="0A024031" w14:textId="77777777" w:rsidR="00352C85" w:rsidRPr="00A71430" w:rsidRDefault="00352C85" w:rsidP="00352C85">
            <w:pPr>
              <w:jc w:val="center"/>
              <w:rPr>
                <w:rFonts w:ascii="Corbel Light" w:hAnsi="Corbel Light" w:cstheme="majorHAnsi"/>
                <w:sz w:val="21"/>
                <w:szCs w:val="21"/>
              </w:rPr>
            </w:pPr>
            <w:r w:rsidRPr="00A71430">
              <w:rPr>
                <w:rFonts w:ascii="Segoe UI Symbol" w:hAnsi="Segoe UI Symbol" w:cs="Segoe UI Symbol"/>
                <w:sz w:val="21"/>
                <w:szCs w:val="21"/>
              </w:rPr>
              <w:t>☐</w:t>
            </w:r>
          </w:p>
        </w:tc>
        <w:tc>
          <w:tcPr>
            <w:tcW w:w="1393" w:type="dxa"/>
          </w:tcPr>
          <w:p w14:paraId="5C758235" w14:textId="77777777" w:rsidR="00352C85" w:rsidRPr="00A71430" w:rsidRDefault="00352C85" w:rsidP="00352C85">
            <w:pPr>
              <w:jc w:val="center"/>
              <w:rPr>
                <w:rFonts w:ascii="Corbel Light" w:hAnsi="Corbel Light" w:cstheme="majorHAnsi"/>
                <w:sz w:val="21"/>
                <w:szCs w:val="21"/>
              </w:rPr>
            </w:pPr>
            <w:r w:rsidRPr="00A71430">
              <w:rPr>
                <w:rFonts w:ascii="Segoe UI Symbol" w:hAnsi="Segoe UI Symbol" w:cs="Segoe UI Symbol"/>
                <w:sz w:val="21"/>
                <w:szCs w:val="21"/>
              </w:rPr>
              <w:t>☐</w:t>
            </w:r>
          </w:p>
          <w:p w14:paraId="13654E80" w14:textId="77777777" w:rsidR="00352C85" w:rsidRPr="00A71430" w:rsidRDefault="00352C85" w:rsidP="00352C85">
            <w:pPr>
              <w:jc w:val="center"/>
              <w:rPr>
                <w:rFonts w:ascii="Corbel Light" w:hAnsi="Corbel Light" w:cstheme="majorHAnsi"/>
                <w:sz w:val="21"/>
                <w:szCs w:val="21"/>
              </w:rPr>
            </w:pPr>
          </w:p>
        </w:tc>
        <w:tc>
          <w:tcPr>
            <w:tcW w:w="1393" w:type="dxa"/>
          </w:tcPr>
          <w:p w14:paraId="2916682A" w14:textId="77777777" w:rsidR="00352C85" w:rsidRPr="00A71430" w:rsidRDefault="00352C85" w:rsidP="00352C85">
            <w:pPr>
              <w:jc w:val="center"/>
              <w:rPr>
                <w:rFonts w:ascii="Corbel Light" w:hAnsi="Corbel Light" w:cstheme="majorHAnsi"/>
                <w:sz w:val="21"/>
                <w:szCs w:val="21"/>
              </w:rPr>
            </w:pPr>
            <w:r w:rsidRPr="00A71430">
              <w:rPr>
                <w:rFonts w:ascii="Segoe UI Symbol" w:hAnsi="Segoe UI Symbol" w:cs="Segoe UI Symbol"/>
                <w:sz w:val="21"/>
                <w:szCs w:val="21"/>
              </w:rPr>
              <w:t>☐</w:t>
            </w:r>
          </w:p>
          <w:p w14:paraId="44A4FC79" w14:textId="77777777" w:rsidR="00352C85" w:rsidRPr="00A71430" w:rsidRDefault="00352C85" w:rsidP="00352C85">
            <w:pPr>
              <w:jc w:val="center"/>
              <w:rPr>
                <w:rFonts w:ascii="Corbel Light" w:hAnsi="Corbel Light" w:cstheme="majorHAnsi"/>
                <w:sz w:val="21"/>
                <w:szCs w:val="21"/>
              </w:rPr>
            </w:pPr>
          </w:p>
        </w:tc>
        <w:tc>
          <w:tcPr>
            <w:tcW w:w="1393" w:type="dxa"/>
          </w:tcPr>
          <w:p w14:paraId="1627ECDF" w14:textId="77777777" w:rsidR="00352C85" w:rsidRPr="00A71430" w:rsidRDefault="00352C85" w:rsidP="00352C85">
            <w:pPr>
              <w:jc w:val="center"/>
              <w:rPr>
                <w:rFonts w:ascii="Corbel Light" w:hAnsi="Corbel Light" w:cstheme="majorHAnsi"/>
                <w:sz w:val="21"/>
                <w:szCs w:val="21"/>
              </w:rPr>
            </w:pPr>
            <w:r w:rsidRPr="00A71430">
              <w:rPr>
                <w:rFonts w:ascii="Segoe UI Symbol" w:hAnsi="Segoe UI Symbol" w:cs="Segoe UI Symbol"/>
                <w:sz w:val="21"/>
                <w:szCs w:val="21"/>
              </w:rPr>
              <w:t>☐</w:t>
            </w:r>
          </w:p>
          <w:p w14:paraId="44FBBA0C" w14:textId="77777777" w:rsidR="00352C85" w:rsidRPr="00A71430" w:rsidRDefault="00352C85" w:rsidP="00352C85">
            <w:pPr>
              <w:jc w:val="center"/>
              <w:rPr>
                <w:rFonts w:ascii="Corbel Light" w:hAnsi="Corbel Light" w:cstheme="majorHAnsi"/>
                <w:sz w:val="21"/>
                <w:szCs w:val="21"/>
              </w:rPr>
            </w:pPr>
          </w:p>
        </w:tc>
        <w:tc>
          <w:tcPr>
            <w:tcW w:w="1264" w:type="dxa"/>
          </w:tcPr>
          <w:p w14:paraId="70DC377A" w14:textId="77777777" w:rsidR="00352C85" w:rsidRPr="00A71430" w:rsidRDefault="00352C85" w:rsidP="00352C85">
            <w:pPr>
              <w:jc w:val="center"/>
              <w:rPr>
                <w:rFonts w:ascii="Corbel Light" w:hAnsi="Corbel Light" w:cstheme="majorHAnsi"/>
                <w:sz w:val="21"/>
                <w:szCs w:val="21"/>
              </w:rPr>
            </w:pPr>
            <w:r w:rsidRPr="00A71430">
              <w:rPr>
                <w:rFonts w:ascii="Segoe UI Symbol" w:hAnsi="Segoe UI Symbol" w:cs="Segoe UI Symbol"/>
                <w:sz w:val="21"/>
                <w:szCs w:val="21"/>
              </w:rPr>
              <w:t>☐</w:t>
            </w:r>
          </w:p>
          <w:p w14:paraId="38E9166E" w14:textId="77777777" w:rsidR="00352C85" w:rsidRPr="00A71430" w:rsidRDefault="00352C85" w:rsidP="00352C85">
            <w:pPr>
              <w:jc w:val="center"/>
              <w:rPr>
                <w:rFonts w:ascii="Corbel Light" w:hAnsi="Corbel Light" w:cstheme="majorHAnsi"/>
                <w:sz w:val="21"/>
                <w:szCs w:val="21"/>
              </w:rPr>
            </w:pPr>
          </w:p>
        </w:tc>
        <w:tc>
          <w:tcPr>
            <w:tcW w:w="1264" w:type="dxa"/>
          </w:tcPr>
          <w:p w14:paraId="6D9E3F0D" w14:textId="77777777" w:rsidR="00352C85" w:rsidRPr="00A71430" w:rsidRDefault="00352C85" w:rsidP="00352C85">
            <w:pPr>
              <w:jc w:val="center"/>
              <w:rPr>
                <w:rFonts w:ascii="Corbel Light" w:hAnsi="Corbel Light" w:cstheme="majorHAnsi"/>
                <w:sz w:val="21"/>
                <w:szCs w:val="21"/>
              </w:rPr>
            </w:pPr>
            <w:r w:rsidRPr="00A71430">
              <w:rPr>
                <w:rFonts w:ascii="Segoe UI Symbol" w:hAnsi="Segoe UI Symbol" w:cs="Segoe UI Symbol"/>
                <w:sz w:val="21"/>
                <w:szCs w:val="21"/>
              </w:rPr>
              <w:t>☐</w:t>
            </w:r>
          </w:p>
          <w:p w14:paraId="41346F66" w14:textId="77777777" w:rsidR="00352C85" w:rsidRPr="00A71430" w:rsidRDefault="00352C85" w:rsidP="00352C85">
            <w:pPr>
              <w:jc w:val="center"/>
              <w:rPr>
                <w:rFonts w:ascii="Corbel Light" w:hAnsi="Corbel Light" w:cstheme="majorHAnsi"/>
                <w:sz w:val="21"/>
                <w:szCs w:val="21"/>
              </w:rPr>
            </w:pPr>
          </w:p>
        </w:tc>
      </w:tr>
      <w:tr w:rsidR="00352C85" w:rsidRPr="00A71430" w14:paraId="7B2D74C0" w14:textId="775E907A" w:rsidTr="00352C85">
        <w:tc>
          <w:tcPr>
            <w:tcW w:w="3508" w:type="dxa"/>
          </w:tcPr>
          <w:p w14:paraId="6BBCDBEB" w14:textId="5890554E" w:rsidR="00352C85" w:rsidRPr="00A71430" w:rsidRDefault="00352C85" w:rsidP="00352C85">
            <w:pPr>
              <w:jc w:val="center"/>
              <w:rPr>
                <w:rFonts w:ascii="Corbel Light" w:hAnsi="Corbel Light" w:cstheme="majorHAnsi"/>
                <w:sz w:val="21"/>
                <w:szCs w:val="21"/>
              </w:rPr>
            </w:pPr>
          </w:p>
        </w:tc>
        <w:tc>
          <w:tcPr>
            <w:tcW w:w="1141" w:type="dxa"/>
          </w:tcPr>
          <w:p w14:paraId="474DA4B5" w14:textId="77777777" w:rsidR="00352C85" w:rsidRPr="00A71430" w:rsidRDefault="00352C85" w:rsidP="00352C85">
            <w:pPr>
              <w:jc w:val="center"/>
              <w:rPr>
                <w:rFonts w:ascii="Corbel Light" w:hAnsi="Corbel Light" w:cstheme="majorHAnsi"/>
                <w:sz w:val="21"/>
                <w:szCs w:val="21"/>
              </w:rPr>
            </w:pPr>
            <w:r w:rsidRPr="00A71430">
              <w:rPr>
                <w:rFonts w:ascii="Segoe UI Symbol" w:hAnsi="Segoe UI Symbol" w:cs="Segoe UI Symbol"/>
                <w:sz w:val="21"/>
                <w:szCs w:val="21"/>
              </w:rPr>
              <w:t>☐</w:t>
            </w:r>
          </w:p>
        </w:tc>
        <w:tc>
          <w:tcPr>
            <w:tcW w:w="1316" w:type="dxa"/>
          </w:tcPr>
          <w:p w14:paraId="08B4819C" w14:textId="77777777" w:rsidR="00352C85" w:rsidRPr="00A71430" w:rsidRDefault="00352C85" w:rsidP="00352C85">
            <w:pPr>
              <w:jc w:val="center"/>
              <w:rPr>
                <w:rFonts w:ascii="Corbel Light" w:hAnsi="Corbel Light" w:cstheme="majorHAnsi"/>
                <w:sz w:val="21"/>
                <w:szCs w:val="21"/>
              </w:rPr>
            </w:pPr>
            <w:r w:rsidRPr="00A71430">
              <w:rPr>
                <w:rFonts w:ascii="Segoe UI Symbol" w:hAnsi="Segoe UI Symbol" w:cs="Segoe UI Symbol"/>
                <w:sz w:val="21"/>
                <w:szCs w:val="21"/>
              </w:rPr>
              <w:t>☐</w:t>
            </w:r>
          </w:p>
        </w:tc>
        <w:tc>
          <w:tcPr>
            <w:tcW w:w="1316" w:type="dxa"/>
          </w:tcPr>
          <w:p w14:paraId="0FDCE696" w14:textId="77777777" w:rsidR="00352C85" w:rsidRPr="00A71430" w:rsidRDefault="00352C85" w:rsidP="00352C85">
            <w:pPr>
              <w:jc w:val="center"/>
              <w:rPr>
                <w:rFonts w:ascii="Corbel Light" w:hAnsi="Corbel Light" w:cstheme="majorHAnsi"/>
                <w:sz w:val="21"/>
                <w:szCs w:val="21"/>
              </w:rPr>
            </w:pPr>
            <w:r w:rsidRPr="00A71430">
              <w:rPr>
                <w:rFonts w:ascii="Segoe UI Symbol" w:hAnsi="Segoe UI Symbol" w:cs="Segoe UI Symbol"/>
                <w:sz w:val="21"/>
                <w:szCs w:val="21"/>
              </w:rPr>
              <w:t>☐</w:t>
            </w:r>
          </w:p>
        </w:tc>
        <w:tc>
          <w:tcPr>
            <w:tcW w:w="1316" w:type="dxa"/>
          </w:tcPr>
          <w:p w14:paraId="2886C2B7" w14:textId="77777777" w:rsidR="00352C85" w:rsidRPr="00A71430" w:rsidRDefault="00352C85" w:rsidP="00352C85">
            <w:pPr>
              <w:jc w:val="center"/>
              <w:rPr>
                <w:rFonts w:ascii="Corbel Light" w:hAnsi="Corbel Light" w:cstheme="majorHAnsi"/>
                <w:sz w:val="21"/>
                <w:szCs w:val="21"/>
              </w:rPr>
            </w:pPr>
            <w:r w:rsidRPr="00A71430">
              <w:rPr>
                <w:rFonts w:ascii="Segoe UI Symbol" w:hAnsi="Segoe UI Symbol" w:cs="Segoe UI Symbol"/>
                <w:sz w:val="21"/>
                <w:szCs w:val="21"/>
              </w:rPr>
              <w:t>☐</w:t>
            </w:r>
          </w:p>
        </w:tc>
        <w:tc>
          <w:tcPr>
            <w:tcW w:w="1393" w:type="dxa"/>
          </w:tcPr>
          <w:p w14:paraId="5F565761" w14:textId="77777777" w:rsidR="00352C85" w:rsidRPr="00A71430" w:rsidRDefault="00352C85" w:rsidP="00352C85">
            <w:pPr>
              <w:jc w:val="center"/>
              <w:rPr>
                <w:rFonts w:ascii="Corbel Light" w:hAnsi="Corbel Light" w:cstheme="majorHAnsi"/>
                <w:sz w:val="21"/>
                <w:szCs w:val="21"/>
              </w:rPr>
            </w:pPr>
            <w:r w:rsidRPr="00A71430">
              <w:rPr>
                <w:rFonts w:ascii="Segoe UI Symbol" w:hAnsi="Segoe UI Symbol" w:cs="Segoe UI Symbol"/>
                <w:sz w:val="21"/>
                <w:szCs w:val="21"/>
              </w:rPr>
              <w:t>☐</w:t>
            </w:r>
          </w:p>
          <w:p w14:paraId="54E89F20" w14:textId="77777777" w:rsidR="00352C85" w:rsidRPr="00A71430" w:rsidRDefault="00352C85" w:rsidP="00352C85">
            <w:pPr>
              <w:jc w:val="center"/>
              <w:rPr>
                <w:rFonts w:ascii="Corbel Light" w:hAnsi="Corbel Light" w:cstheme="majorHAnsi"/>
                <w:sz w:val="21"/>
                <w:szCs w:val="21"/>
              </w:rPr>
            </w:pPr>
          </w:p>
        </w:tc>
        <w:tc>
          <w:tcPr>
            <w:tcW w:w="1393" w:type="dxa"/>
          </w:tcPr>
          <w:p w14:paraId="5BA6DC3D" w14:textId="77777777" w:rsidR="00352C85" w:rsidRPr="00A71430" w:rsidRDefault="00352C85" w:rsidP="00352C85">
            <w:pPr>
              <w:jc w:val="center"/>
              <w:rPr>
                <w:rFonts w:ascii="Corbel Light" w:hAnsi="Corbel Light" w:cstheme="majorHAnsi"/>
                <w:sz w:val="21"/>
                <w:szCs w:val="21"/>
              </w:rPr>
            </w:pPr>
            <w:r w:rsidRPr="00A71430">
              <w:rPr>
                <w:rFonts w:ascii="Segoe UI Symbol" w:hAnsi="Segoe UI Symbol" w:cs="Segoe UI Symbol"/>
                <w:sz w:val="21"/>
                <w:szCs w:val="21"/>
              </w:rPr>
              <w:t>☐</w:t>
            </w:r>
          </w:p>
          <w:p w14:paraId="31F08B8B" w14:textId="77777777" w:rsidR="00352C85" w:rsidRPr="00A71430" w:rsidRDefault="00352C85" w:rsidP="00352C85">
            <w:pPr>
              <w:jc w:val="center"/>
              <w:rPr>
                <w:rFonts w:ascii="Corbel Light" w:hAnsi="Corbel Light" w:cstheme="majorHAnsi"/>
                <w:sz w:val="21"/>
                <w:szCs w:val="21"/>
              </w:rPr>
            </w:pPr>
          </w:p>
        </w:tc>
        <w:tc>
          <w:tcPr>
            <w:tcW w:w="1393" w:type="dxa"/>
          </w:tcPr>
          <w:p w14:paraId="14B6EC79" w14:textId="77777777" w:rsidR="00352C85" w:rsidRPr="00A71430" w:rsidRDefault="00352C85" w:rsidP="00352C85">
            <w:pPr>
              <w:jc w:val="center"/>
              <w:rPr>
                <w:rFonts w:ascii="Corbel Light" w:hAnsi="Corbel Light" w:cstheme="majorHAnsi"/>
                <w:sz w:val="21"/>
                <w:szCs w:val="21"/>
              </w:rPr>
            </w:pPr>
            <w:r w:rsidRPr="00A71430">
              <w:rPr>
                <w:rFonts w:ascii="Segoe UI Symbol" w:hAnsi="Segoe UI Symbol" w:cs="Segoe UI Symbol"/>
                <w:sz w:val="21"/>
                <w:szCs w:val="21"/>
              </w:rPr>
              <w:t>☐</w:t>
            </w:r>
          </w:p>
          <w:p w14:paraId="720EFA6B" w14:textId="77777777" w:rsidR="00352C85" w:rsidRPr="00A71430" w:rsidRDefault="00352C85" w:rsidP="00352C85">
            <w:pPr>
              <w:jc w:val="center"/>
              <w:rPr>
                <w:rFonts w:ascii="Corbel Light" w:hAnsi="Corbel Light" w:cstheme="majorHAnsi"/>
                <w:sz w:val="21"/>
                <w:szCs w:val="21"/>
              </w:rPr>
            </w:pPr>
          </w:p>
        </w:tc>
        <w:tc>
          <w:tcPr>
            <w:tcW w:w="1264" w:type="dxa"/>
          </w:tcPr>
          <w:p w14:paraId="4B492C98" w14:textId="77777777" w:rsidR="00352C85" w:rsidRPr="00A71430" w:rsidRDefault="00352C85" w:rsidP="00352C85">
            <w:pPr>
              <w:jc w:val="center"/>
              <w:rPr>
                <w:rFonts w:ascii="Corbel Light" w:hAnsi="Corbel Light" w:cstheme="majorHAnsi"/>
                <w:sz w:val="21"/>
                <w:szCs w:val="21"/>
              </w:rPr>
            </w:pPr>
            <w:r w:rsidRPr="00A71430">
              <w:rPr>
                <w:rFonts w:ascii="Segoe UI Symbol" w:hAnsi="Segoe UI Symbol" w:cs="Segoe UI Symbol"/>
                <w:sz w:val="21"/>
                <w:szCs w:val="21"/>
              </w:rPr>
              <w:t>☐</w:t>
            </w:r>
          </w:p>
          <w:p w14:paraId="0A70DD5B" w14:textId="77777777" w:rsidR="00352C85" w:rsidRPr="00A71430" w:rsidRDefault="00352C85" w:rsidP="00352C85">
            <w:pPr>
              <w:jc w:val="center"/>
              <w:rPr>
                <w:rFonts w:ascii="Corbel Light" w:hAnsi="Corbel Light" w:cstheme="majorHAnsi"/>
                <w:sz w:val="21"/>
                <w:szCs w:val="21"/>
              </w:rPr>
            </w:pPr>
          </w:p>
        </w:tc>
        <w:tc>
          <w:tcPr>
            <w:tcW w:w="1264" w:type="dxa"/>
          </w:tcPr>
          <w:p w14:paraId="6AE5D386" w14:textId="77777777" w:rsidR="00352C85" w:rsidRPr="00A71430" w:rsidRDefault="00352C85" w:rsidP="00352C85">
            <w:pPr>
              <w:jc w:val="center"/>
              <w:rPr>
                <w:rFonts w:ascii="Corbel Light" w:hAnsi="Corbel Light" w:cstheme="majorHAnsi"/>
                <w:sz w:val="21"/>
                <w:szCs w:val="21"/>
              </w:rPr>
            </w:pPr>
            <w:r w:rsidRPr="00A71430">
              <w:rPr>
                <w:rFonts w:ascii="Segoe UI Symbol" w:hAnsi="Segoe UI Symbol" w:cs="Segoe UI Symbol"/>
                <w:sz w:val="21"/>
                <w:szCs w:val="21"/>
              </w:rPr>
              <w:t>☐</w:t>
            </w:r>
          </w:p>
          <w:p w14:paraId="01D98139" w14:textId="77777777" w:rsidR="00352C85" w:rsidRPr="00A71430" w:rsidRDefault="00352C85" w:rsidP="00352C85">
            <w:pPr>
              <w:jc w:val="center"/>
              <w:rPr>
                <w:rFonts w:ascii="Corbel Light" w:hAnsi="Corbel Light" w:cstheme="majorHAnsi"/>
                <w:sz w:val="21"/>
                <w:szCs w:val="21"/>
              </w:rPr>
            </w:pPr>
          </w:p>
        </w:tc>
      </w:tr>
      <w:tr w:rsidR="00352C85" w:rsidRPr="00A71430" w14:paraId="7348820F" w14:textId="5B528E29" w:rsidTr="00352C85">
        <w:tc>
          <w:tcPr>
            <w:tcW w:w="3508" w:type="dxa"/>
          </w:tcPr>
          <w:p w14:paraId="19E4D9B2" w14:textId="3425766A" w:rsidR="00352C85" w:rsidRPr="00A71430" w:rsidRDefault="00352C85" w:rsidP="00352C85">
            <w:pPr>
              <w:jc w:val="center"/>
              <w:rPr>
                <w:rFonts w:ascii="Corbel Light" w:hAnsi="Corbel Light" w:cstheme="majorHAnsi"/>
                <w:sz w:val="21"/>
                <w:szCs w:val="21"/>
              </w:rPr>
            </w:pPr>
          </w:p>
        </w:tc>
        <w:tc>
          <w:tcPr>
            <w:tcW w:w="1141" w:type="dxa"/>
          </w:tcPr>
          <w:p w14:paraId="7B804386" w14:textId="77777777" w:rsidR="00352C85" w:rsidRPr="00A71430" w:rsidRDefault="00352C85" w:rsidP="00352C85">
            <w:pPr>
              <w:jc w:val="center"/>
              <w:rPr>
                <w:rFonts w:ascii="Corbel Light" w:hAnsi="Corbel Light" w:cstheme="majorHAnsi"/>
                <w:sz w:val="21"/>
                <w:szCs w:val="21"/>
              </w:rPr>
            </w:pPr>
            <w:r w:rsidRPr="00A71430">
              <w:rPr>
                <w:rFonts w:ascii="Segoe UI Symbol" w:hAnsi="Segoe UI Symbol" w:cs="Segoe UI Symbol"/>
                <w:sz w:val="21"/>
                <w:szCs w:val="21"/>
              </w:rPr>
              <w:t>☐</w:t>
            </w:r>
          </w:p>
        </w:tc>
        <w:tc>
          <w:tcPr>
            <w:tcW w:w="1316" w:type="dxa"/>
          </w:tcPr>
          <w:p w14:paraId="02AB5EEC" w14:textId="77777777" w:rsidR="00352C85" w:rsidRPr="00A71430" w:rsidRDefault="00352C85" w:rsidP="00352C85">
            <w:pPr>
              <w:jc w:val="center"/>
              <w:rPr>
                <w:rFonts w:ascii="Corbel Light" w:hAnsi="Corbel Light" w:cstheme="majorHAnsi"/>
                <w:sz w:val="21"/>
                <w:szCs w:val="21"/>
              </w:rPr>
            </w:pPr>
            <w:r w:rsidRPr="00A71430">
              <w:rPr>
                <w:rFonts w:ascii="Segoe UI Symbol" w:hAnsi="Segoe UI Symbol" w:cs="Segoe UI Symbol"/>
                <w:sz w:val="21"/>
                <w:szCs w:val="21"/>
              </w:rPr>
              <w:t>☐</w:t>
            </w:r>
          </w:p>
        </w:tc>
        <w:tc>
          <w:tcPr>
            <w:tcW w:w="1316" w:type="dxa"/>
          </w:tcPr>
          <w:p w14:paraId="0365454D" w14:textId="77777777" w:rsidR="00352C85" w:rsidRPr="00A71430" w:rsidRDefault="00352C85" w:rsidP="00352C85">
            <w:pPr>
              <w:jc w:val="center"/>
              <w:rPr>
                <w:rFonts w:ascii="Corbel Light" w:hAnsi="Corbel Light" w:cstheme="majorHAnsi"/>
                <w:sz w:val="21"/>
                <w:szCs w:val="21"/>
              </w:rPr>
            </w:pPr>
            <w:r w:rsidRPr="00A71430">
              <w:rPr>
                <w:rFonts w:ascii="Segoe UI Symbol" w:hAnsi="Segoe UI Symbol" w:cs="Segoe UI Symbol"/>
                <w:sz w:val="21"/>
                <w:szCs w:val="21"/>
              </w:rPr>
              <w:t>☐</w:t>
            </w:r>
          </w:p>
        </w:tc>
        <w:tc>
          <w:tcPr>
            <w:tcW w:w="1316" w:type="dxa"/>
          </w:tcPr>
          <w:p w14:paraId="5F204BFA" w14:textId="77777777" w:rsidR="00352C85" w:rsidRPr="00A71430" w:rsidRDefault="00352C85" w:rsidP="00352C85">
            <w:pPr>
              <w:jc w:val="center"/>
              <w:rPr>
                <w:rFonts w:ascii="Corbel Light" w:hAnsi="Corbel Light" w:cstheme="majorHAnsi"/>
                <w:sz w:val="21"/>
                <w:szCs w:val="21"/>
              </w:rPr>
            </w:pPr>
            <w:r w:rsidRPr="00A71430">
              <w:rPr>
                <w:rFonts w:ascii="Segoe UI Symbol" w:hAnsi="Segoe UI Symbol" w:cs="Segoe UI Symbol"/>
                <w:sz w:val="21"/>
                <w:szCs w:val="21"/>
              </w:rPr>
              <w:t>☐</w:t>
            </w:r>
          </w:p>
        </w:tc>
        <w:tc>
          <w:tcPr>
            <w:tcW w:w="1393" w:type="dxa"/>
          </w:tcPr>
          <w:p w14:paraId="75CDF0FD" w14:textId="77777777" w:rsidR="00352C85" w:rsidRPr="00A71430" w:rsidRDefault="00352C85" w:rsidP="00352C85">
            <w:pPr>
              <w:jc w:val="center"/>
              <w:rPr>
                <w:rFonts w:ascii="Corbel Light" w:hAnsi="Corbel Light" w:cstheme="majorHAnsi"/>
                <w:sz w:val="21"/>
                <w:szCs w:val="21"/>
              </w:rPr>
            </w:pPr>
            <w:r w:rsidRPr="00A71430">
              <w:rPr>
                <w:rFonts w:ascii="Segoe UI Symbol" w:hAnsi="Segoe UI Symbol" w:cs="Segoe UI Symbol"/>
                <w:sz w:val="21"/>
                <w:szCs w:val="21"/>
              </w:rPr>
              <w:t>☐</w:t>
            </w:r>
          </w:p>
          <w:p w14:paraId="750F9EB5" w14:textId="77777777" w:rsidR="00352C85" w:rsidRPr="00A71430" w:rsidRDefault="00352C85" w:rsidP="00352C85">
            <w:pPr>
              <w:jc w:val="center"/>
              <w:rPr>
                <w:rFonts w:ascii="Corbel Light" w:hAnsi="Corbel Light" w:cstheme="majorHAnsi"/>
                <w:sz w:val="21"/>
                <w:szCs w:val="21"/>
              </w:rPr>
            </w:pPr>
          </w:p>
        </w:tc>
        <w:tc>
          <w:tcPr>
            <w:tcW w:w="1393" w:type="dxa"/>
          </w:tcPr>
          <w:p w14:paraId="2B5BE6DB" w14:textId="77777777" w:rsidR="00352C85" w:rsidRPr="00A71430" w:rsidRDefault="00352C85" w:rsidP="00352C85">
            <w:pPr>
              <w:jc w:val="center"/>
              <w:rPr>
                <w:rFonts w:ascii="Corbel Light" w:hAnsi="Corbel Light" w:cstheme="majorHAnsi"/>
                <w:sz w:val="21"/>
                <w:szCs w:val="21"/>
              </w:rPr>
            </w:pPr>
            <w:r w:rsidRPr="00A71430">
              <w:rPr>
                <w:rFonts w:ascii="Segoe UI Symbol" w:hAnsi="Segoe UI Symbol" w:cs="Segoe UI Symbol"/>
                <w:sz w:val="21"/>
                <w:szCs w:val="21"/>
              </w:rPr>
              <w:t>☐</w:t>
            </w:r>
          </w:p>
          <w:p w14:paraId="6BEFB7AE" w14:textId="77777777" w:rsidR="00352C85" w:rsidRPr="00A71430" w:rsidRDefault="00352C85" w:rsidP="00352C85">
            <w:pPr>
              <w:jc w:val="center"/>
              <w:rPr>
                <w:rFonts w:ascii="Corbel Light" w:hAnsi="Corbel Light" w:cstheme="majorHAnsi"/>
                <w:sz w:val="21"/>
                <w:szCs w:val="21"/>
              </w:rPr>
            </w:pPr>
          </w:p>
        </w:tc>
        <w:tc>
          <w:tcPr>
            <w:tcW w:w="1393" w:type="dxa"/>
          </w:tcPr>
          <w:p w14:paraId="489AA00B" w14:textId="77777777" w:rsidR="00352C85" w:rsidRPr="00A71430" w:rsidRDefault="00352C85" w:rsidP="00352C85">
            <w:pPr>
              <w:jc w:val="center"/>
              <w:rPr>
                <w:rFonts w:ascii="Corbel Light" w:hAnsi="Corbel Light" w:cstheme="majorHAnsi"/>
                <w:sz w:val="21"/>
                <w:szCs w:val="21"/>
              </w:rPr>
            </w:pPr>
            <w:r w:rsidRPr="00A71430">
              <w:rPr>
                <w:rFonts w:ascii="Segoe UI Symbol" w:hAnsi="Segoe UI Symbol" w:cs="Segoe UI Symbol"/>
                <w:sz w:val="21"/>
                <w:szCs w:val="21"/>
              </w:rPr>
              <w:t>☐</w:t>
            </w:r>
          </w:p>
          <w:p w14:paraId="7F4A9919" w14:textId="77777777" w:rsidR="00352C85" w:rsidRPr="00A71430" w:rsidRDefault="00352C85" w:rsidP="00352C85">
            <w:pPr>
              <w:jc w:val="center"/>
              <w:rPr>
                <w:rFonts w:ascii="Corbel Light" w:hAnsi="Corbel Light" w:cstheme="majorHAnsi"/>
                <w:sz w:val="21"/>
                <w:szCs w:val="21"/>
              </w:rPr>
            </w:pPr>
          </w:p>
        </w:tc>
        <w:tc>
          <w:tcPr>
            <w:tcW w:w="1264" w:type="dxa"/>
          </w:tcPr>
          <w:p w14:paraId="5140A500" w14:textId="77777777" w:rsidR="00352C85" w:rsidRPr="00A71430" w:rsidRDefault="00352C85" w:rsidP="00352C85">
            <w:pPr>
              <w:jc w:val="center"/>
              <w:rPr>
                <w:rFonts w:ascii="Corbel Light" w:hAnsi="Corbel Light" w:cstheme="majorHAnsi"/>
                <w:sz w:val="21"/>
                <w:szCs w:val="21"/>
              </w:rPr>
            </w:pPr>
            <w:r w:rsidRPr="00A71430">
              <w:rPr>
                <w:rFonts w:ascii="Segoe UI Symbol" w:hAnsi="Segoe UI Symbol" w:cs="Segoe UI Symbol"/>
                <w:sz w:val="21"/>
                <w:szCs w:val="21"/>
              </w:rPr>
              <w:t>☐</w:t>
            </w:r>
          </w:p>
          <w:p w14:paraId="1EC03E7F" w14:textId="77777777" w:rsidR="00352C85" w:rsidRPr="00A71430" w:rsidRDefault="00352C85" w:rsidP="00352C85">
            <w:pPr>
              <w:jc w:val="center"/>
              <w:rPr>
                <w:rFonts w:ascii="Corbel Light" w:hAnsi="Corbel Light" w:cstheme="majorHAnsi"/>
                <w:sz w:val="21"/>
                <w:szCs w:val="21"/>
              </w:rPr>
            </w:pPr>
          </w:p>
        </w:tc>
        <w:tc>
          <w:tcPr>
            <w:tcW w:w="1264" w:type="dxa"/>
          </w:tcPr>
          <w:p w14:paraId="0DF0BAFC" w14:textId="77777777" w:rsidR="00352C85" w:rsidRPr="00A71430" w:rsidRDefault="00352C85" w:rsidP="00352C85">
            <w:pPr>
              <w:jc w:val="center"/>
              <w:rPr>
                <w:rFonts w:ascii="Corbel Light" w:hAnsi="Corbel Light" w:cstheme="majorHAnsi"/>
                <w:sz w:val="21"/>
                <w:szCs w:val="21"/>
              </w:rPr>
            </w:pPr>
            <w:r w:rsidRPr="00A71430">
              <w:rPr>
                <w:rFonts w:ascii="Segoe UI Symbol" w:hAnsi="Segoe UI Symbol" w:cs="Segoe UI Symbol"/>
                <w:sz w:val="21"/>
                <w:szCs w:val="21"/>
              </w:rPr>
              <w:t>☐</w:t>
            </w:r>
          </w:p>
          <w:p w14:paraId="092492A4" w14:textId="77777777" w:rsidR="00352C85" w:rsidRPr="00A71430" w:rsidRDefault="00352C85" w:rsidP="00352C85">
            <w:pPr>
              <w:jc w:val="center"/>
              <w:rPr>
                <w:rFonts w:ascii="Corbel Light" w:hAnsi="Corbel Light" w:cstheme="majorHAnsi"/>
                <w:sz w:val="21"/>
                <w:szCs w:val="21"/>
              </w:rPr>
            </w:pPr>
          </w:p>
        </w:tc>
      </w:tr>
      <w:tr w:rsidR="00352C85" w:rsidRPr="00A71430" w14:paraId="6C05A8A3" w14:textId="22B23D99" w:rsidTr="00352C85">
        <w:tc>
          <w:tcPr>
            <w:tcW w:w="3508" w:type="dxa"/>
          </w:tcPr>
          <w:p w14:paraId="3FB2607A" w14:textId="1C3C9BA0" w:rsidR="00352C85" w:rsidRPr="00A71430" w:rsidRDefault="00352C85" w:rsidP="00352C85">
            <w:pPr>
              <w:jc w:val="center"/>
              <w:rPr>
                <w:rFonts w:ascii="Corbel Light" w:hAnsi="Corbel Light" w:cstheme="majorHAnsi"/>
                <w:sz w:val="21"/>
                <w:szCs w:val="21"/>
              </w:rPr>
            </w:pPr>
          </w:p>
        </w:tc>
        <w:tc>
          <w:tcPr>
            <w:tcW w:w="1141" w:type="dxa"/>
          </w:tcPr>
          <w:p w14:paraId="392BF8DE" w14:textId="77777777" w:rsidR="00352C85" w:rsidRPr="00A71430" w:rsidRDefault="00352C85" w:rsidP="00352C85">
            <w:pPr>
              <w:jc w:val="center"/>
              <w:rPr>
                <w:rFonts w:ascii="Corbel Light" w:hAnsi="Corbel Light" w:cstheme="majorHAnsi"/>
                <w:sz w:val="21"/>
                <w:szCs w:val="21"/>
              </w:rPr>
            </w:pPr>
            <w:r w:rsidRPr="00A71430">
              <w:rPr>
                <w:rFonts w:ascii="Segoe UI Symbol" w:hAnsi="Segoe UI Symbol" w:cs="Segoe UI Symbol"/>
                <w:sz w:val="21"/>
                <w:szCs w:val="21"/>
              </w:rPr>
              <w:t>☐</w:t>
            </w:r>
          </w:p>
        </w:tc>
        <w:tc>
          <w:tcPr>
            <w:tcW w:w="1316" w:type="dxa"/>
          </w:tcPr>
          <w:p w14:paraId="66F7409A" w14:textId="77777777" w:rsidR="00352C85" w:rsidRPr="00A71430" w:rsidRDefault="00352C85" w:rsidP="00352C85">
            <w:pPr>
              <w:jc w:val="center"/>
              <w:rPr>
                <w:rFonts w:ascii="Corbel Light" w:hAnsi="Corbel Light" w:cstheme="majorHAnsi"/>
                <w:sz w:val="21"/>
                <w:szCs w:val="21"/>
              </w:rPr>
            </w:pPr>
            <w:r w:rsidRPr="00A71430">
              <w:rPr>
                <w:rFonts w:ascii="Segoe UI Symbol" w:hAnsi="Segoe UI Symbol" w:cs="Segoe UI Symbol"/>
                <w:sz w:val="21"/>
                <w:szCs w:val="21"/>
              </w:rPr>
              <w:t>☐</w:t>
            </w:r>
          </w:p>
        </w:tc>
        <w:tc>
          <w:tcPr>
            <w:tcW w:w="1316" w:type="dxa"/>
          </w:tcPr>
          <w:p w14:paraId="367639A0" w14:textId="77777777" w:rsidR="00352C85" w:rsidRPr="00A71430" w:rsidRDefault="00352C85" w:rsidP="00352C85">
            <w:pPr>
              <w:jc w:val="center"/>
              <w:rPr>
                <w:rFonts w:ascii="Corbel Light" w:hAnsi="Corbel Light" w:cstheme="majorHAnsi"/>
                <w:sz w:val="21"/>
                <w:szCs w:val="21"/>
              </w:rPr>
            </w:pPr>
            <w:r w:rsidRPr="00A71430">
              <w:rPr>
                <w:rFonts w:ascii="Segoe UI Symbol" w:hAnsi="Segoe UI Symbol" w:cs="Segoe UI Symbol"/>
                <w:sz w:val="21"/>
                <w:szCs w:val="21"/>
              </w:rPr>
              <w:t>☐</w:t>
            </w:r>
          </w:p>
        </w:tc>
        <w:tc>
          <w:tcPr>
            <w:tcW w:w="1316" w:type="dxa"/>
          </w:tcPr>
          <w:p w14:paraId="708D7541" w14:textId="77777777" w:rsidR="00352C85" w:rsidRPr="00A71430" w:rsidRDefault="00352C85" w:rsidP="00352C85">
            <w:pPr>
              <w:jc w:val="center"/>
              <w:rPr>
                <w:rFonts w:ascii="Corbel Light" w:hAnsi="Corbel Light" w:cstheme="majorHAnsi"/>
                <w:sz w:val="21"/>
                <w:szCs w:val="21"/>
              </w:rPr>
            </w:pPr>
            <w:r w:rsidRPr="00A71430">
              <w:rPr>
                <w:rFonts w:ascii="Segoe UI Symbol" w:hAnsi="Segoe UI Symbol" w:cs="Segoe UI Symbol"/>
                <w:sz w:val="21"/>
                <w:szCs w:val="21"/>
              </w:rPr>
              <w:t>☐</w:t>
            </w:r>
          </w:p>
        </w:tc>
        <w:tc>
          <w:tcPr>
            <w:tcW w:w="1393" w:type="dxa"/>
          </w:tcPr>
          <w:p w14:paraId="332228FA" w14:textId="77777777" w:rsidR="00352C85" w:rsidRPr="00A71430" w:rsidRDefault="00352C85" w:rsidP="00352C85">
            <w:pPr>
              <w:jc w:val="center"/>
              <w:rPr>
                <w:rFonts w:ascii="Corbel Light" w:hAnsi="Corbel Light" w:cstheme="majorHAnsi"/>
                <w:sz w:val="21"/>
                <w:szCs w:val="21"/>
              </w:rPr>
            </w:pPr>
            <w:r w:rsidRPr="00A71430">
              <w:rPr>
                <w:rFonts w:ascii="Segoe UI Symbol" w:hAnsi="Segoe UI Symbol" w:cs="Segoe UI Symbol"/>
                <w:sz w:val="21"/>
                <w:szCs w:val="21"/>
              </w:rPr>
              <w:t>☐</w:t>
            </w:r>
          </w:p>
          <w:p w14:paraId="7DD83F69" w14:textId="77777777" w:rsidR="00352C85" w:rsidRPr="00A71430" w:rsidRDefault="00352C85" w:rsidP="00352C85">
            <w:pPr>
              <w:jc w:val="center"/>
              <w:rPr>
                <w:rFonts w:ascii="Corbel Light" w:hAnsi="Corbel Light" w:cstheme="majorHAnsi"/>
                <w:sz w:val="21"/>
                <w:szCs w:val="21"/>
              </w:rPr>
            </w:pPr>
          </w:p>
        </w:tc>
        <w:tc>
          <w:tcPr>
            <w:tcW w:w="1393" w:type="dxa"/>
          </w:tcPr>
          <w:p w14:paraId="7FB4191A" w14:textId="77777777" w:rsidR="00352C85" w:rsidRPr="00A71430" w:rsidRDefault="00352C85" w:rsidP="00352C85">
            <w:pPr>
              <w:jc w:val="center"/>
              <w:rPr>
                <w:rFonts w:ascii="Corbel Light" w:hAnsi="Corbel Light" w:cstheme="majorHAnsi"/>
                <w:sz w:val="21"/>
                <w:szCs w:val="21"/>
              </w:rPr>
            </w:pPr>
            <w:r w:rsidRPr="00A71430">
              <w:rPr>
                <w:rFonts w:ascii="Segoe UI Symbol" w:hAnsi="Segoe UI Symbol" w:cs="Segoe UI Symbol"/>
                <w:sz w:val="21"/>
                <w:szCs w:val="21"/>
              </w:rPr>
              <w:t>☐</w:t>
            </w:r>
          </w:p>
          <w:p w14:paraId="7A0E2D12" w14:textId="77777777" w:rsidR="00352C85" w:rsidRPr="00A71430" w:rsidRDefault="00352C85" w:rsidP="00352C85">
            <w:pPr>
              <w:jc w:val="center"/>
              <w:rPr>
                <w:rFonts w:ascii="Corbel Light" w:hAnsi="Corbel Light" w:cstheme="majorHAnsi"/>
                <w:sz w:val="21"/>
                <w:szCs w:val="21"/>
              </w:rPr>
            </w:pPr>
          </w:p>
        </w:tc>
        <w:tc>
          <w:tcPr>
            <w:tcW w:w="1393" w:type="dxa"/>
          </w:tcPr>
          <w:p w14:paraId="6EFAA7C6" w14:textId="77777777" w:rsidR="00352C85" w:rsidRPr="00A71430" w:rsidRDefault="00352C85" w:rsidP="00352C85">
            <w:pPr>
              <w:jc w:val="center"/>
              <w:rPr>
                <w:rFonts w:ascii="Corbel Light" w:hAnsi="Corbel Light" w:cstheme="majorHAnsi"/>
                <w:sz w:val="21"/>
                <w:szCs w:val="21"/>
              </w:rPr>
            </w:pPr>
            <w:r w:rsidRPr="00A71430">
              <w:rPr>
                <w:rFonts w:ascii="Segoe UI Symbol" w:hAnsi="Segoe UI Symbol" w:cs="Segoe UI Symbol"/>
                <w:sz w:val="21"/>
                <w:szCs w:val="21"/>
              </w:rPr>
              <w:t>☐</w:t>
            </w:r>
          </w:p>
          <w:p w14:paraId="3C11493B" w14:textId="77777777" w:rsidR="00352C85" w:rsidRPr="00A71430" w:rsidRDefault="00352C85" w:rsidP="00352C85">
            <w:pPr>
              <w:jc w:val="center"/>
              <w:rPr>
                <w:rFonts w:ascii="Corbel Light" w:hAnsi="Corbel Light" w:cstheme="majorHAnsi"/>
                <w:sz w:val="21"/>
                <w:szCs w:val="21"/>
              </w:rPr>
            </w:pPr>
          </w:p>
        </w:tc>
        <w:tc>
          <w:tcPr>
            <w:tcW w:w="1264" w:type="dxa"/>
          </w:tcPr>
          <w:p w14:paraId="3806CC6A" w14:textId="77777777" w:rsidR="00352C85" w:rsidRPr="00A71430" w:rsidRDefault="00352C85" w:rsidP="00352C85">
            <w:pPr>
              <w:jc w:val="center"/>
              <w:rPr>
                <w:rFonts w:ascii="Corbel Light" w:hAnsi="Corbel Light" w:cstheme="majorHAnsi"/>
                <w:sz w:val="21"/>
                <w:szCs w:val="21"/>
              </w:rPr>
            </w:pPr>
            <w:r w:rsidRPr="00A71430">
              <w:rPr>
                <w:rFonts w:ascii="Segoe UI Symbol" w:hAnsi="Segoe UI Symbol" w:cs="Segoe UI Symbol"/>
                <w:sz w:val="21"/>
                <w:szCs w:val="21"/>
              </w:rPr>
              <w:t>☐</w:t>
            </w:r>
          </w:p>
          <w:p w14:paraId="6C682C7F" w14:textId="77777777" w:rsidR="00352C85" w:rsidRPr="00A71430" w:rsidRDefault="00352C85" w:rsidP="00352C85">
            <w:pPr>
              <w:jc w:val="center"/>
              <w:rPr>
                <w:rFonts w:ascii="Corbel Light" w:hAnsi="Corbel Light" w:cstheme="majorHAnsi"/>
                <w:sz w:val="21"/>
                <w:szCs w:val="21"/>
              </w:rPr>
            </w:pPr>
          </w:p>
        </w:tc>
        <w:tc>
          <w:tcPr>
            <w:tcW w:w="1264" w:type="dxa"/>
          </w:tcPr>
          <w:p w14:paraId="67422066" w14:textId="77777777" w:rsidR="00352C85" w:rsidRPr="00A71430" w:rsidRDefault="00352C85" w:rsidP="00352C85">
            <w:pPr>
              <w:jc w:val="center"/>
              <w:rPr>
                <w:rFonts w:ascii="Corbel Light" w:hAnsi="Corbel Light" w:cstheme="majorHAnsi"/>
                <w:sz w:val="21"/>
                <w:szCs w:val="21"/>
              </w:rPr>
            </w:pPr>
            <w:r w:rsidRPr="00A71430">
              <w:rPr>
                <w:rFonts w:ascii="Segoe UI Symbol" w:hAnsi="Segoe UI Symbol" w:cs="Segoe UI Symbol"/>
                <w:sz w:val="21"/>
                <w:szCs w:val="21"/>
              </w:rPr>
              <w:t>☐</w:t>
            </w:r>
          </w:p>
          <w:p w14:paraId="2AF1D1DA" w14:textId="77777777" w:rsidR="00352C85" w:rsidRPr="00A71430" w:rsidRDefault="00352C85" w:rsidP="00352C85">
            <w:pPr>
              <w:jc w:val="center"/>
              <w:rPr>
                <w:rFonts w:ascii="Corbel Light" w:hAnsi="Corbel Light" w:cstheme="majorHAnsi"/>
                <w:sz w:val="21"/>
                <w:szCs w:val="21"/>
              </w:rPr>
            </w:pPr>
          </w:p>
        </w:tc>
      </w:tr>
      <w:tr w:rsidR="00352C85" w:rsidRPr="00A71430" w14:paraId="7F257C3B" w14:textId="281F7AFC" w:rsidTr="00352C85">
        <w:tc>
          <w:tcPr>
            <w:tcW w:w="3508" w:type="dxa"/>
          </w:tcPr>
          <w:p w14:paraId="30235B0B" w14:textId="5C2AF7CE" w:rsidR="00352C85" w:rsidRPr="00A71430" w:rsidRDefault="00352C85" w:rsidP="00352C85">
            <w:pPr>
              <w:jc w:val="center"/>
              <w:rPr>
                <w:rFonts w:ascii="Corbel Light" w:hAnsi="Corbel Light" w:cstheme="majorHAnsi"/>
                <w:sz w:val="21"/>
                <w:szCs w:val="21"/>
              </w:rPr>
            </w:pPr>
          </w:p>
        </w:tc>
        <w:tc>
          <w:tcPr>
            <w:tcW w:w="1141" w:type="dxa"/>
          </w:tcPr>
          <w:p w14:paraId="57688924" w14:textId="77777777" w:rsidR="00352C85" w:rsidRPr="00A71430" w:rsidRDefault="00352C85" w:rsidP="00352C85">
            <w:pPr>
              <w:jc w:val="center"/>
              <w:rPr>
                <w:rFonts w:ascii="Corbel Light" w:hAnsi="Corbel Light" w:cstheme="majorHAnsi"/>
                <w:sz w:val="21"/>
                <w:szCs w:val="21"/>
              </w:rPr>
            </w:pPr>
            <w:r w:rsidRPr="00A71430">
              <w:rPr>
                <w:rFonts w:ascii="Segoe UI Symbol" w:hAnsi="Segoe UI Symbol" w:cs="Segoe UI Symbol"/>
                <w:sz w:val="21"/>
                <w:szCs w:val="21"/>
              </w:rPr>
              <w:t>☐</w:t>
            </w:r>
          </w:p>
        </w:tc>
        <w:tc>
          <w:tcPr>
            <w:tcW w:w="1316" w:type="dxa"/>
          </w:tcPr>
          <w:p w14:paraId="6062033E" w14:textId="77777777" w:rsidR="00352C85" w:rsidRPr="00A71430" w:rsidRDefault="00352C85" w:rsidP="00352C85">
            <w:pPr>
              <w:jc w:val="center"/>
              <w:rPr>
                <w:rFonts w:ascii="Corbel Light" w:hAnsi="Corbel Light" w:cstheme="majorHAnsi"/>
                <w:sz w:val="21"/>
                <w:szCs w:val="21"/>
              </w:rPr>
            </w:pPr>
            <w:r w:rsidRPr="00A71430">
              <w:rPr>
                <w:rFonts w:ascii="Segoe UI Symbol" w:hAnsi="Segoe UI Symbol" w:cs="Segoe UI Symbol"/>
                <w:sz w:val="21"/>
                <w:szCs w:val="21"/>
              </w:rPr>
              <w:t>☐</w:t>
            </w:r>
          </w:p>
        </w:tc>
        <w:tc>
          <w:tcPr>
            <w:tcW w:w="1316" w:type="dxa"/>
          </w:tcPr>
          <w:p w14:paraId="2B234135" w14:textId="77777777" w:rsidR="00352C85" w:rsidRPr="00A71430" w:rsidRDefault="00352C85" w:rsidP="00352C85">
            <w:pPr>
              <w:jc w:val="center"/>
              <w:rPr>
                <w:rFonts w:ascii="Corbel Light" w:hAnsi="Corbel Light" w:cstheme="majorHAnsi"/>
                <w:sz w:val="21"/>
                <w:szCs w:val="21"/>
              </w:rPr>
            </w:pPr>
            <w:r w:rsidRPr="00A71430">
              <w:rPr>
                <w:rFonts w:ascii="Segoe UI Symbol" w:hAnsi="Segoe UI Symbol" w:cs="Segoe UI Symbol"/>
                <w:sz w:val="21"/>
                <w:szCs w:val="21"/>
              </w:rPr>
              <w:t>☐</w:t>
            </w:r>
          </w:p>
        </w:tc>
        <w:tc>
          <w:tcPr>
            <w:tcW w:w="1316" w:type="dxa"/>
          </w:tcPr>
          <w:p w14:paraId="02896660" w14:textId="77777777" w:rsidR="00352C85" w:rsidRPr="00A71430" w:rsidRDefault="00352C85" w:rsidP="00352C85">
            <w:pPr>
              <w:jc w:val="center"/>
              <w:rPr>
                <w:rFonts w:ascii="Corbel Light" w:hAnsi="Corbel Light" w:cstheme="majorHAnsi"/>
                <w:sz w:val="21"/>
                <w:szCs w:val="21"/>
              </w:rPr>
            </w:pPr>
            <w:r w:rsidRPr="00A71430">
              <w:rPr>
                <w:rFonts w:ascii="Segoe UI Symbol" w:hAnsi="Segoe UI Symbol" w:cs="Segoe UI Symbol"/>
                <w:sz w:val="21"/>
                <w:szCs w:val="21"/>
              </w:rPr>
              <w:t>☐</w:t>
            </w:r>
          </w:p>
        </w:tc>
        <w:tc>
          <w:tcPr>
            <w:tcW w:w="1393" w:type="dxa"/>
          </w:tcPr>
          <w:p w14:paraId="28256E66" w14:textId="77777777" w:rsidR="00352C85" w:rsidRPr="00A71430" w:rsidRDefault="00352C85" w:rsidP="00352C85">
            <w:pPr>
              <w:jc w:val="center"/>
              <w:rPr>
                <w:rFonts w:ascii="Corbel Light" w:hAnsi="Corbel Light" w:cstheme="majorHAnsi"/>
                <w:sz w:val="21"/>
                <w:szCs w:val="21"/>
              </w:rPr>
            </w:pPr>
            <w:r w:rsidRPr="00A71430">
              <w:rPr>
                <w:rFonts w:ascii="Segoe UI Symbol" w:hAnsi="Segoe UI Symbol" w:cs="Segoe UI Symbol"/>
                <w:sz w:val="21"/>
                <w:szCs w:val="21"/>
              </w:rPr>
              <w:t>☐</w:t>
            </w:r>
          </w:p>
          <w:p w14:paraId="6C29155D" w14:textId="77777777" w:rsidR="00352C85" w:rsidRPr="00A71430" w:rsidRDefault="00352C85" w:rsidP="00352C85">
            <w:pPr>
              <w:jc w:val="center"/>
              <w:rPr>
                <w:rFonts w:ascii="Corbel Light" w:hAnsi="Corbel Light" w:cstheme="majorHAnsi"/>
                <w:sz w:val="21"/>
                <w:szCs w:val="21"/>
              </w:rPr>
            </w:pPr>
          </w:p>
        </w:tc>
        <w:tc>
          <w:tcPr>
            <w:tcW w:w="1393" w:type="dxa"/>
          </w:tcPr>
          <w:p w14:paraId="3B33E777" w14:textId="77777777" w:rsidR="00352C85" w:rsidRPr="00A71430" w:rsidRDefault="00352C85" w:rsidP="00352C85">
            <w:pPr>
              <w:jc w:val="center"/>
              <w:rPr>
                <w:rFonts w:ascii="Corbel Light" w:hAnsi="Corbel Light" w:cstheme="majorHAnsi"/>
                <w:sz w:val="21"/>
                <w:szCs w:val="21"/>
              </w:rPr>
            </w:pPr>
            <w:r w:rsidRPr="00A71430">
              <w:rPr>
                <w:rFonts w:ascii="Segoe UI Symbol" w:hAnsi="Segoe UI Symbol" w:cs="Segoe UI Symbol"/>
                <w:sz w:val="21"/>
                <w:szCs w:val="21"/>
              </w:rPr>
              <w:t>☐</w:t>
            </w:r>
          </w:p>
          <w:p w14:paraId="43A9E57B" w14:textId="77777777" w:rsidR="00352C85" w:rsidRPr="00A71430" w:rsidRDefault="00352C85" w:rsidP="00352C85">
            <w:pPr>
              <w:jc w:val="center"/>
              <w:rPr>
                <w:rFonts w:ascii="Corbel Light" w:hAnsi="Corbel Light" w:cstheme="majorHAnsi"/>
                <w:sz w:val="21"/>
                <w:szCs w:val="21"/>
              </w:rPr>
            </w:pPr>
          </w:p>
        </w:tc>
        <w:tc>
          <w:tcPr>
            <w:tcW w:w="1393" w:type="dxa"/>
          </w:tcPr>
          <w:p w14:paraId="210358B5" w14:textId="77777777" w:rsidR="00352C85" w:rsidRPr="00A71430" w:rsidRDefault="00352C85" w:rsidP="00352C85">
            <w:pPr>
              <w:jc w:val="center"/>
              <w:rPr>
                <w:rFonts w:ascii="Corbel Light" w:hAnsi="Corbel Light" w:cstheme="majorHAnsi"/>
                <w:sz w:val="21"/>
                <w:szCs w:val="21"/>
              </w:rPr>
            </w:pPr>
            <w:r w:rsidRPr="00A71430">
              <w:rPr>
                <w:rFonts w:ascii="Segoe UI Symbol" w:hAnsi="Segoe UI Symbol" w:cs="Segoe UI Symbol"/>
                <w:sz w:val="21"/>
                <w:szCs w:val="21"/>
              </w:rPr>
              <w:t>☐</w:t>
            </w:r>
          </w:p>
          <w:p w14:paraId="055EE5EC" w14:textId="77777777" w:rsidR="00352C85" w:rsidRPr="00A71430" w:rsidRDefault="00352C85" w:rsidP="00352C85">
            <w:pPr>
              <w:jc w:val="center"/>
              <w:rPr>
                <w:rFonts w:ascii="Corbel Light" w:hAnsi="Corbel Light" w:cstheme="majorHAnsi"/>
                <w:sz w:val="21"/>
                <w:szCs w:val="21"/>
              </w:rPr>
            </w:pPr>
          </w:p>
        </w:tc>
        <w:tc>
          <w:tcPr>
            <w:tcW w:w="1264" w:type="dxa"/>
          </w:tcPr>
          <w:p w14:paraId="77DCC90F" w14:textId="77777777" w:rsidR="00352C85" w:rsidRPr="00A71430" w:rsidRDefault="00352C85" w:rsidP="00352C85">
            <w:pPr>
              <w:jc w:val="center"/>
              <w:rPr>
                <w:rFonts w:ascii="Corbel Light" w:hAnsi="Corbel Light" w:cstheme="majorHAnsi"/>
                <w:sz w:val="21"/>
                <w:szCs w:val="21"/>
              </w:rPr>
            </w:pPr>
            <w:r w:rsidRPr="00A71430">
              <w:rPr>
                <w:rFonts w:ascii="Segoe UI Symbol" w:hAnsi="Segoe UI Symbol" w:cs="Segoe UI Symbol"/>
                <w:sz w:val="21"/>
                <w:szCs w:val="21"/>
              </w:rPr>
              <w:t>☐</w:t>
            </w:r>
          </w:p>
          <w:p w14:paraId="28214BB0" w14:textId="77777777" w:rsidR="00352C85" w:rsidRPr="00A71430" w:rsidRDefault="00352C85" w:rsidP="00352C85">
            <w:pPr>
              <w:jc w:val="center"/>
              <w:rPr>
                <w:rFonts w:ascii="Corbel Light" w:hAnsi="Corbel Light" w:cstheme="majorHAnsi"/>
                <w:sz w:val="21"/>
                <w:szCs w:val="21"/>
              </w:rPr>
            </w:pPr>
          </w:p>
        </w:tc>
        <w:tc>
          <w:tcPr>
            <w:tcW w:w="1264" w:type="dxa"/>
          </w:tcPr>
          <w:p w14:paraId="6EE1D480" w14:textId="77777777" w:rsidR="00352C85" w:rsidRPr="00A71430" w:rsidRDefault="00352C85" w:rsidP="00352C85">
            <w:pPr>
              <w:jc w:val="center"/>
              <w:rPr>
                <w:rFonts w:ascii="Corbel Light" w:hAnsi="Corbel Light" w:cstheme="majorHAnsi"/>
                <w:sz w:val="21"/>
                <w:szCs w:val="21"/>
              </w:rPr>
            </w:pPr>
            <w:r w:rsidRPr="00A71430">
              <w:rPr>
                <w:rFonts w:ascii="Segoe UI Symbol" w:hAnsi="Segoe UI Symbol" w:cs="Segoe UI Symbol"/>
                <w:sz w:val="21"/>
                <w:szCs w:val="21"/>
              </w:rPr>
              <w:t>☐</w:t>
            </w:r>
          </w:p>
          <w:p w14:paraId="5ABDCC51" w14:textId="77777777" w:rsidR="00352C85" w:rsidRPr="00A71430" w:rsidRDefault="00352C85" w:rsidP="00352C85">
            <w:pPr>
              <w:jc w:val="center"/>
              <w:rPr>
                <w:rFonts w:ascii="Corbel Light" w:hAnsi="Corbel Light" w:cstheme="majorHAnsi"/>
                <w:sz w:val="21"/>
                <w:szCs w:val="21"/>
              </w:rPr>
            </w:pPr>
          </w:p>
        </w:tc>
      </w:tr>
    </w:tbl>
    <w:p w14:paraId="6984C2FC" w14:textId="77777777" w:rsidR="006C1383" w:rsidRDefault="006C1383" w:rsidP="00A4443E">
      <w:pPr>
        <w:spacing w:after="0" w:line="240" w:lineRule="auto"/>
        <w:rPr>
          <w:rFonts w:ascii="Corbel Light" w:hAnsi="Corbel Light" w:cstheme="majorHAnsi"/>
          <w:b/>
          <w:bCs/>
          <w:sz w:val="24"/>
          <w:szCs w:val="24"/>
        </w:rPr>
      </w:pPr>
    </w:p>
    <w:p w14:paraId="5C1BE67B" w14:textId="662D0E26" w:rsidR="00136951" w:rsidRPr="00A4443E" w:rsidRDefault="00CD432E" w:rsidP="00A4443E">
      <w:pPr>
        <w:spacing w:after="0" w:line="240" w:lineRule="auto"/>
        <w:rPr>
          <w:rFonts w:ascii="Corbel Light" w:hAnsi="Corbel Light" w:cstheme="majorHAnsi"/>
          <w:b/>
          <w:bCs/>
          <w:sz w:val="24"/>
          <w:szCs w:val="24"/>
        </w:rPr>
      </w:pPr>
      <w:r>
        <w:rPr>
          <w:rFonts w:ascii="Corbel Light" w:hAnsi="Corbel Light" w:cstheme="majorHAnsi"/>
          <w:b/>
          <w:bCs/>
          <w:sz w:val="24"/>
          <w:szCs w:val="24"/>
        </w:rPr>
        <w:t>Reflection Questions</w:t>
      </w:r>
      <w:r w:rsidR="00B5277E" w:rsidRPr="00A4443E">
        <w:rPr>
          <w:rFonts w:ascii="Corbel Light" w:hAnsi="Corbel Light" w:cstheme="majorHAnsi"/>
          <w:b/>
          <w:bCs/>
          <w:sz w:val="24"/>
          <w:szCs w:val="24"/>
        </w:rPr>
        <w:t>:</w:t>
      </w:r>
    </w:p>
    <w:p w14:paraId="6A10B9BF" w14:textId="16ECBEE6" w:rsidR="00525E1B" w:rsidRPr="00A4443E" w:rsidRDefault="008716A8" w:rsidP="00A4443E">
      <w:pPr>
        <w:spacing w:after="0" w:line="240" w:lineRule="auto"/>
        <w:rPr>
          <w:rFonts w:ascii="Corbel Light" w:hAnsi="Corbel Light" w:cstheme="majorHAnsi"/>
          <w:sz w:val="24"/>
          <w:szCs w:val="24"/>
        </w:rPr>
      </w:pPr>
      <w:r w:rsidRPr="008716A8">
        <w:rPr>
          <w:rFonts w:ascii="Corbel Light" w:hAnsi="Corbel Light" w:cstheme="majorHAnsi"/>
          <w:sz w:val="24"/>
          <w:szCs w:val="24"/>
        </w:rPr>
        <w:t>1. Where do we have particularly strong depth or experience?</w:t>
      </w:r>
    </w:p>
    <w:p w14:paraId="13A3547C" w14:textId="31B1BF48" w:rsidR="00525E1B" w:rsidRPr="00A4443E" w:rsidRDefault="008716A8" w:rsidP="00A4443E">
      <w:pPr>
        <w:spacing w:after="0" w:line="240" w:lineRule="auto"/>
        <w:rPr>
          <w:rFonts w:ascii="Corbel Light" w:hAnsi="Corbel Light" w:cstheme="majorHAnsi"/>
          <w:sz w:val="24"/>
          <w:szCs w:val="24"/>
        </w:rPr>
      </w:pPr>
      <w:r w:rsidRPr="008716A8">
        <w:rPr>
          <w:rFonts w:ascii="Corbel Light" w:hAnsi="Corbel Light" w:cstheme="majorHAnsi"/>
          <w:sz w:val="24"/>
          <w:szCs w:val="24"/>
        </w:rPr>
        <w:t>2. Which future capabilities could we intentionally strengthen over time?</w:t>
      </w:r>
    </w:p>
    <w:p w14:paraId="1B835762" w14:textId="08A51F58" w:rsidR="00136951" w:rsidRDefault="00327990" w:rsidP="00A4443E">
      <w:pPr>
        <w:spacing w:after="0" w:line="240" w:lineRule="auto"/>
        <w:rPr>
          <w:rFonts w:ascii="Corbel Light" w:hAnsi="Corbel Light" w:cstheme="majorHAnsi"/>
          <w:sz w:val="24"/>
          <w:szCs w:val="24"/>
        </w:rPr>
      </w:pPr>
      <w:r w:rsidRPr="00327990">
        <w:rPr>
          <w:rFonts w:ascii="Corbel Light" w:hAnsi="Corbel Light" w:cstheme="majorHAnsi"/>
          <w:sz w:val="24"/>
          <w:szCs w:val="24"/>
        </w:rPr>
        <w:t>3. Are there any critical responsibilities that rely heavily on just one or two board members?</w:t>
      </w:r>
    </w:p>
    <w:p w14:paraId="48F99CFB" w14:textId="51D66811" w:rsidR="00525E1B" w:rsidRPr="00A4443E" w:rsidRDefault="00327990" w:rsidP="00A4443E">
      <w:pPr>
        <w:spacing w:after="0" w:line="240" w:lineRule="auto"/>
        <w:rPr>
          <w:rFonts w:ascii="Corbel Light" w:hAnsi="Corbel Light" w:cstheme="majorHAnsi"/>
          <w:sz w:val="24"/>
          <w:szCs w:val="24"/>
        </w:rPr>
      </w:pPr>
      <w:r w:rsidRPr="00327990">
        <w:rPr>
          <w:rFonts w:ascii="Corbel Light" w:hAnsi="Corbel Light" w:cstheme="majorHAnsi"/>
          <w:sz w:val="24"/>
          <w:szCs w:val="24"/>
        </w:rPr>
        <w:t>4. As future opportunities arise, what expertise or perspective would most strengthen our board?</w:t>
      </w:r>
    </w:p>
    <w:p w14:paraId="045711C0" w14:textId="7E6FAA8B" w:rsidR="009F28A8" w:rsidRPr="00A4443E" w:rsidRDefault="006C1383" w:rsidP="00A4443E">
      <w:pPr>
        <w:spacing w:after="0" w:line="240" w:lineRule="auto"/>
        <w:rPr>
          <w:rFonts w:ascii="Corbel Light" w:hAnsi="Corbel Light" w:cstheme="majorHAnsi"/>
          <w:sz w:val="24"/>
          <w:szCs w:val="24"/>
        </w:rPr>
      </w:pPr>
      <w:r w:rsidRPr="006C1383">
        <w:rPr>
          <w:rFonts w:ascii="Corbel Light" w:hAnsi="Corbel Light" w:cstheme="majorHAnsi"/>
          <w:sz w:val="24"/>
          <w:szCs w:val="24"/>
        </w:rPr>
        <w:t>5. How can these insights help shape future board recruitment and development?</w:t>
      </w:r>
    </w:p>
    <w:p w14:paraId="7FF22CB8" w14:textId="77777777" w:rsidR="00136951" w:rsidRDefault="00B5277E">
      <w:pPr>
        <w:rPr>
          <w:rFonts w:ascii="Corbel Light" w:hAnsi="Corbel Light" w:cstheme="majorHAnsi"/>
          <w:sz w:val="21"/>
          <w:szCs w:val="21"/>
        </w:rPr>
      </w:pPr>
      <w:r w:rsidRPr="00A71430">
        <w:rPr>
          <w:rFonts w:ascii="Corbel Light" w:hAnsi="Corbel Light" w:cstheme="majorHAnsi"/>
          <w:sz w:val="21"/>
          <w:szCs w:val="21"/>
        </w:rPr>
        <w:br/>
      </w:r>
    </w:p>
    <w:p w14:paraId="275C089C" w14:textId="77777777" w:rsidR="006C1383" w:rsidRPr="00A71430" w:rsidRDefault="006C1383">
      <w:pPr>
        <w:rPr>
          <w:rFonts w:ascii="Corbel Light" w:hAnsi="Corbel Light" w:cstheme="majorHAnsi"/>
          <w:sz w:val="21"/>
          <w:szCs w:val="21"/>
        </w:rPr>
      </w:pPr>
    </w:p>
    <w:p w14:paraId="08AA7BF1" w14:textId="7385737C" w:rsidR="00136951" w:rsidRPr="00A71430" w:rsidRDefault="00B5277E">
      <w:pPr>
        <w:rPr>
          <w:rFonts w:ascii="Corbel Light" w:hAnsi="Corbel Light" w:cstheme="majorHAnsi"/>
          <w:sz w:val="21"/>
          <w:szCs w:val="21"/>
        </w:rPr>
      </w:pPr>
      <w:r w:rsidRPr="00A71430">
        <w:rPr>
          <w:rFonts w:ascii="Corbel Light" w:hAnsi="Corbel Light" w:cstheme="majorHAnsi"/>
          <w:b/>
          <w:sz w:val="21"/>
          <w:szCs w:val="21"/>
        </w:rPr>
        <w:lastRenderedPageBreak/>
        <w:t>Reference: Common Board Skill Categories to Consider</w:t>
      </w:r>
    </w:p>
    <w:p w14:paraId="0F7A6631" w14:textId="23274CCB" w:rsidR="008106B8" w:rsidRPr="008106B8" w:rsidRDefault="008106B8" w:rsidP="008106B8">
      <w:pPr>
        <w:rPr>
          <w:rFonts w:ascii="Corbel Light" w:hAnsi="Corbel Light" w:cstheme="majorHAnsi"/>
          <w:sz w:val="21"/>
          <w:szCs w:val="21"/>
        </w:rPr>
      </w:pPr>
      <w:r w:rsidRPr="008106B8">
        <w:rPr>
          <w:rFonts w:ascii="Corbel Light" w:hAnsi="Corbel Light" w:cstheme="majorHAnsi"/>
          <w:sz w:val="21"/>
          <w:szCs w:val="21"/>
        </w:rPr>
        <w:t xml:space="preserve">Financial Oversight </w:t>
      </w:r>
    </w:p>
    <w:p w14:paraId="65AF1BAC" w14:textId="64257D7F" w:rsidR="008106B8" w:rsidRPr="008106B8" w:rsidRDefault="008106B8" w:rsidP="008106B8">
      <w:pPr>
        <w:rPr>
          <w:rFonts w:ascii="Corbel Light" w:hAnsi="Corbel Light" w:cstheme="majorHAnsi"/>
          <w:sz w:val="21"/>
          <w:szCs w:val="21"/>
        </w:rPr>
      </w:pPr>
      <w:r w:rsidRPr="008106B8">
        <w:rPr>
          <w:rFonts w:ascii="Corbel Light" w:hAnsi="Corbel Light" w:cstheme="majorHAnsi"/>
          <w:sz w:val="21"/>
          <w:szCs w:val="21"/>
        </w:rPr>
        <w:t xml:space="preserve">Legal, Governance &amp; Policy </w:t>
      </w:r>
    </w:p>
    <w:p w14:paraId="09C58654" w14:textId="51029B6A" w:rsidR="008106B8" w:rsidRPr="008106B8" w:rsidRDefault="008106B8" w:rsidP="008106B8">
      <w:pPr>
        <w:rPr>
          <w:rFonts w:ascii="Corbel Light" w:hAnsi="Corbel Light" w:cstheme="majorHAnsi"/>
          <w:sz w:val="21"/>
          <w:szCs w:val="21"/>
        </w:rPr>
      </w:pPr>
      <w:r w:rsidRPr="008106B8">
        <w:rPr>
          <w:rFonts w:ascii="Corbel Light" w:hAnsi="Corbel Light" w:cstheme="majorHAnsi"/>
          <w:sz w:val="21"/>
          <w:szCs w:val="21"/>
        </w:rPr>
        <w:t xml:space="preserve">Strategic Planning &amp; Growth </w:t>
      </w:r>
    </w:p>
    <w:p w14:paraId="79BF0D1E" w14:textId="2A5D2508" w:rsidR="008106B8" w:rsidRPr="008106B8" w:rsidRDefault="008106B8" w:rsidP="008106B8">
      <w:pPr>
        <w:rPr>
          <w:rFonts w:ascii="Corbel Light" w:hAnsi="Corbel Light" w:cstheme="majorHAnsi"/>
          <w:sz w:val="21"/>
          <w:szCs w:val="21"/>
        </w:rPr>
      </w:pPr>
      <w:r w:rsidRPr="008106B8">
        <w:rPr>
          <w:rFonts w:ascii="Corbel Light" w:hAnsi="Corbel Light" w:cstheme="majorHAnsi"/>
          <w:sz w:val="21"/>
          <w:szCs w:val="21"/>
        </w:rPr>
        <w:t xml:space="preserve">Fundraising &amp; Development </w:t>
      </w:r>
    </w:p>
    <w:p w14:paraId="3167387A" w14:textId="0A4D889F" w:rsidR="008106B8" w:rsidRPr="008106B8" w:rsidRDefault="008106B8" w:rsidP="008106B8">
      <w:pPr>
        <w:rPr>
          <w:rFonts w:ascii="Corbel Light" w:hAnsi="Corbel Light" w:cstheme="majorHAnsi"/>
          <w:sz w:val="21"/>
          <w:szCs w:val="21"/>
        </w:rPr>
      </w:pPr>
      <w:r w:rsidRPr="008106B8">
        <w:rPr>
          <w:rFonts w:ascii="Corbel Light" w:hAnsi="Corbel Light" w:cstheme="majorHAnsi"/>
          <w:sz w:val="21"/>
          <w:szCs w:val="21"/>
        </w:rPr>
        <w:t xml:space="preserve">Human Resources &amp; Talent </w:t>
      </w:r>
    </w:p>
    <w:p w14:paraId="5FEE6E78" w14:textId="57246CB7" w:rsidR="008106B8" w:rsidRPr="008106B8" w:rsidRDefault="008106B8" w:rsidP="008106B8">
      <w:pPr>
        <w:rPr>
          <w:rFonts w:ascii="Corbel Light" w:hAnsi="Corbel Light" w:cstheme="majorHAnsi"/>
          <w:sz w:val="21"/>
          <w:szCs w:val="21"/>
        </w:rPr>
      </w:pPr>
      <w:r w:rsidRPr="008106B8">
        <w:rPr>
          <w:rFonts w:ascii="Corbel Light" w:hAnsi="Corbel Light" w:cstheme="majorHAnsi"/>
          <w:sz w:val="21"/>
          <w:szCs w:val="21"/>
        </w:rPr>
        <w:t xml:space="preserve">Executive Leadership </w:t>
      </w:r>
    </w:p>
    <w:p w14:paraId="5910DCBD" w14:textId="19E7BBE6" w:rsidR="008106B8" w:rsidRPr="008106B8" w:rsidRDefault="008106B8" w:rsidP="008106B8">
      <w:pPr>
        <w:rPr>
          <w:rFonts w:ascii="Corbel Light" w:hAnsi="Corbel Light" w:cstheme="majorHAnsi"/>
          <w:sz w:val="21"/>
          <w:szCs w:val="21"/>
        </w:rPr>
      </w:pPr>
      <w:r w:rsidRPr="008106B8">
        <w:rPr>
          <w:rFonts w:ascii="Corbel Light" w:hAnsi="Corbel Light" w:cstheme="majorHAnsi"/>
          <w:sz w:val="21"/>
          <w:szCs w:val="21"/>
        </w:rPr>
        <w:t xml:space="preserve">Marketing &amp; Communications </w:t>
      </w:r>
    </w:p>
    <w:p w14:paraId="76F1351E" w14:textId="11C52D50" w:rsidR="008106B8" w:rsidRPr="008106B8" w:rsidRDefault="008106B8" w:rsidP="008106B8">
      <w:pPr>
        <w:rPr>
          <w:rFonts w:ascii="Corbel Light" w:hAnsi="Corbel Light" w:cstheme="majorHAnsi"/>
          <w:sz w:val="21"/>
          <w:szCs w:val="21"/>
        </w:rPr>
      </w:pPr>
      <w:r w:rsidRPr="008106B8">
        <w:rPr>
          <w:rFonts w:ascii="Corbel Light" w:hAnsi="Corbel Light" w:cstheme="majorHAnsi"/>
          <w:sz w:val="21"/>
          <w:szCs w:val="21"/>
        </w:rPr>
        <w:t xml:space="preserve">Technology &amp; Data </w:t>
      </w:r>
    </w:p>
    <w:p w14:paraId="1E8FC6C6" w14:textId="18BA69DC" w:rsidR="008106B8" w:rsidRPr="008106B8" w:rsidRDefault="008106B8" w:rsidP="008106B8">
      <w:pPr>
        <w:rPr>
          <w:rFonts w:ascii="Corbel Light" w:hAnsi="Corbel Light" w:cstheme="majorHAnsi"/>
          <w:sz w:val="21"/>
          <w:szCs w:val="21"/>
        </w:rPr>
      </w:pPr>
      <w:r w:rsidRPr="008106B8">
        <w:rPr>
          <w:rFonts w:ascii="Corbel Light" w:hAnsi="Corbel Light" w:cstheme="majorHAnsi"/>
          <w:sz w:val="21"/>
          <w:szCs w:val="21"/>
        </w:rPr>
        <w:t xml:space="preserve">Community Relationships &amp; Advocacy </w:t>
      </w:r>
    </w:p>
    <w:p w14:paraId="7D72E42E" w14:textId="71960A0B" w:rsidR="00136951" w:rsidRPr="00A71430" w:rsidRDefault="008106B8" w:rsidP="008106B8">
      <w:pPr>
        <w:rPr>
          <w:rFonts w:ascii="Corbel Light" w:hAnsi="Corbel Light" w:cstheme="majorHAnsi"/>
          <w:sz w:val="21"/>
          <w:szCs w:val="21"/>
        </w:rPr>
      </w:pPr>
      <w:r w:rsidRPr="008106B8">
        <w:rPr>
          <w:rFonts w:ascii="Corbel Light" w:hAnsi="Corbel Light" w:cstheme="majorHAnsi"/>
          <w:sz w:val="21"/>
          <w:szCs w:val="21"/>
        </w:rPr>
        <w:t>Risk Management</w:t>
      </w:r>
    </w:p>
    <w:p w14:paraId="3BA8A582" w14:textId="77777777" w:rsidR="00136951" w:rsidRPr="00A71430" w:rsidRDefault="00B5277E">
      <w:pPr>
        <w:rPr>
          <w:rFonts w:ascii="Corbel Light" w:hAnsi="Corbel Light"/>
          <w:sz w:val="21"/>
          <w:szCs w:val="21"/>
        </w:rPr>
      </w:pPr>
      <w:r w:rsidRPr="00A71430">
        <w:rPr>
          <w:rFonts w:ascii="Corbel Light" w:hAnsi="Corbel Light"/>
          <w:sz w:val="21"/>
          <w:szCs w:val="21"/>
        </w:rPr>
        <w:br/>
      </w:r>
    </w:p>
    <w:p w14:paraId="4FE23C2D" w14:textId="77777777" w:rsidR="00136951" w:rsidRPr="00A71430" w:rsidRDefault="00B5277E">
      <w:pPr>
        <w:rPr>
          <w:rFonts w:ascii="Corbel Light" w:hAnsi="Corbel Light"/>
          <w:sz w:val="21"/>
          <w:szCs w:val="21"/>
        </w:rPr>
      </w:pPr>
      <w:r w:rsidRPr="00A71430">
        <w:rPr>
          <w:rFonts w:ascii="Corbel Light" w:hAnsi="Corbel Light"/>
          <w:sz w:val="21"/>
          <w:szCs w:val="21"/>
        </w:rPr>
        <w:br/>
      </w:r>
    </w:p>
    <w:p w14:paraId="352B5CEB" w14:textId="65A52717" w:rsidR="00136951" w:rsidRPr="00A71430" w:rsidRDefault="00136951">
      <w:pPr>
        <w:jc w:val="center"/>
        <w:rPr>
          <w:rFonts w:ascii="Corbel Light" w:hAnsi="Corbel Light"/>
          <w:sz w:val="21"/>
          <w:szCs w:val="21"/>
        </w:rPr>
      </w:pPr>
    </w:p>
    <w:p w14:paraId="317F222C" w14:textId="77777777" w:rsidR="006E074E" w:rsidRPr="00A71430" w:rsidRDefault="006E074E">
      <w:pPr>
        <w:jc w:val="center"/>
        <w:rPr>
          <w:rFonts w:ascii="Corbel Light" w:hAnsi="Corbel Light"/>
          <w:sz w:val="21"/>
          <w:szCs w:val="21"/>
        </w:rPr>
      </w:pPr>
    </w:p>
    <w:p w14:paraId="67A5FED9" w14:textId="77777777" w:rsidR="006E074E" w:rsidRPr="00A71430" w:rsidRDefault="006E074E">
      <w:pPr>
        <w:jc w:val="center"/>
        <w:rPr>
          <w:rFonts w:ascii="Corbel Light" w:hAnsi="Corbel Light"/>
          <w:sz w:val="21"/>
          <w:szCs w:val="21"/>
        </w:rPr>
      </w:pPr>
    </w:p>
    <w:p w14:paraId="281F58C2" w14:textId="77777777" w:rsidR="006E074E" w:rsidRPr="00A71430" w:rsidRDefault="006E074E">
      <w:pPr>
        <w:jc w:val="center"/>
        <w:rPr>
          <w:rFonts w:ascii="Corbel Light" w:hAnsi="Corbel Light"/>
          <w:sz w:val="21"/>
          <w:szCs w:val="21"/>
        </w:rPr>
      </w:pPr>
    </w:p>
    <w:p w14:paraId="7E37D15F" w14:textId="77777777" w:rsidR="006E074E" w:rsidRPr="00A71430" w:rsidRDefault="006E074E">
      <w:pPr>
        <w:jc w:val="center"/>
        <w:rPr>
          <w:rFonts w:ascii="Corbel Light" w:hAnsi="Corbel Light"/>
          <w:sz w:val="21"/>
          <w:szCs w:val="21"/>
        </w:rPr>
      </w:pPr>
    </w:p>
    <w:p w14:paraId="3C4BEC48" w14:textId="77777777" w:rsidR="006E074E" w:rsidRPr="00A71430" w:rsidRDefault="006E074E">
      <w:pPr>
        <w:jc w:val="center"/>
        <w:rPr>
          <w:rFonts w:ascii="Corbel Light" w:hAnsi="Corbel Light"/>
          <w:sz w:val="21"/>
          <w:szCs w:val="21"/>
        </w:rPr>
      </w:pPr>
    </w:p>
    <w:p w14:paraId="6C0A7FDE" w14:textId="77777777" w:rsidR="006E074E" w:rsidRPr="00A71430" w:rsidRDefault="006E074E">
      <w:pPr>
        <w:jc w:val="center"/>
        <w:rPr>
          <w:rFonts w:ascii="Corbel Light" w:hAnsi="Corbel Light"/>
          <w:sz w:val="21"/>
          <w:szCs w:val="21"/>
        </w:rPr>
      </w:pPr>
    </w:p>
    <w:p w14:paraId="2E79837E" w14:textId="1A507369" w:rsidR="006E074E" w:rsidRPr="00A71430" w:rsidRDefault="006E074E">
      <w:pPr>
        <w:jc w:val="center"/>
        <w:rPr>
          <w:rFonts w:ascii="Corbel Light" w:hAnsi="Corbel Light"/>
          <w:sz w:val="21"/>
          <w:szCs w:val="21"/>
        </w:rPr>
      </w:pPr>
    </w:p>
    <w:sectPr w:rsidR="006E074E" w:rsidRPr="00A71430" w:rsidSect="00E64C1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5840" w:h="12240" w:orient="landscape"/>
      <w:pgMar w:top="1800" w:right="1440" w:bottom="180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C9B822" w14:textId="77777777" w:rsidR="008D354E" w:rsidRDefault="008D354E" w:rsidP="00F00D40">
      <w:pPr>
        <w:spacing w:after="0" w:line="240" w:lineRule="auto"/>
      </w:pPr>
      <w:r>
        <w:separator/>
      </w:r>
    </w:p>
  </w:endnote>
  <w:endnote w:type="continuationSeparator" w:id="0">
    <w:p w14:paraId="3DACB536" w14:textId="77777777" w:rsidR="008D354E" w:rsidRDefault="008D354E" w:rsidP="00F00D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orbel Light">
    <w:panose1 w:val="020B0303020204020204"/>
    <w:charset w:val="00"/>
    <w:family w:val="swiss"/>
    <w:pitch w:val="variable"/>
    <w:sig w:usb0="A00002EF" w:usb1="4000A44B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2D3689" w14:textId="77777777" w:rsidR="00D719D5" w:rsidRDefault="00D719D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9D70FD" w14:textId="7F735376" w:rsidR="00F00D40" w:rsidRDefault="00A81359" w:rsidP="0002038A">
    <w:pPr>
      <w:pStyle w:val="Footer"/>
      <w:jc w:val="center"/>
    </w:pPr>
    <w:r w:rsidRPr="00DA672D">
      <w:rPr>
        <w:noProof/>
      </w:rPr>
      <w:drawing>
        <wp:inline distT="0" distB="0" distL="0" distR="0" wp14:anchorId="0655C238" wp14:editId="230884A2">
          <wp:extent cx="1691762" cy="277738"/>
          <wp:effectExtent l="0" t="0" r="0" b="8255"/>
          <wp:docPr id="7" name="Content Placeholder 6" descr="RIS&#10;&#10;AI-generated content may be incorrect.">
            <a:extLst xmlns:a="http://schemas.openxmlformats.org/drawingml/2006/main">
              <a:ext uri="{FF2B5EF4-FFF2-40B4-BE49-F238E27FC236}">
                <a16:creationId xmlns:a16="http://schemas.microsoft.com/office/drawing/2014/main" id="{D539CCE3-AB76-2FB2-E40C-A05791E795AF}"/>
              </a:ext>
            </a:extLst>
          </wp:docPr>
          <wp:cNvGraphicFramePr>
            <a:graphicFrameLocks xmlns:a="http://schemas.openxmlformats.org/drawingml/2006/main" noGrp="1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Content Placeholder 6" descr="RIS&#10;&#10;AI-generated content may be incorrect.">
                    <a:extLst>
                      <a:ext uri="{FF2B5EF4-FFF2-40B4-BE49-F238E27FC236}">
                        <a16:creationId xmlns:a16="http://schemas.microsoft.com/office/drawing/2014/main" id="{D539CCE3-AB76-2FB2-E40C-A05791E795AF}"/>
                      </a:ext>
                    </a:extLst>
                  </pic:cNvPr>
                  <pic:cNvPicPr>
                    <a:picLocks noGrp="1"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91762" cy="2777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622D7AC" w14:textId="77777777" w:rsidR="0002038A" w:rsidRPr="00A71430" w:rsidRDefault="0002038A" w:rsidP="0002038A">
    <w:pPr>
      <w:pStyle w:val="Footer"/>
      <w:jc w:val="center"/>
      <w:rPr>
        <w:rFonts w:ascii="Corbel Light" w:hAnsi="Corbel Light"/>
        <w:color w:val="183168"/>
        <w:sz w:val="21"/>
        <w:szCs w:val="21"/>
      </w:rPr>
    </w:pPr>
    <w:r w:rsidRPr="00A71430">
      <w:rPr>
        <w:rFonts w:ascii="Corbel Light" w:hAnsi="Corbel Light"/>
        <w:color w:val="183168"/>
        <w:sz w:val="21"/>
        <w:szCs w:val="21"/>
      </w:rPr>
      <w:t>www.polariscoachinggroup.com</w:t>
    </w:r>
  </w:p>
  <w:p w14:paraId="6AE768F6" w14:textId="78869F36" w:rsidR="00A81359" w:rsidRPr="00A71430" w:rsidRDefault="0002038A" w:rsidP="00250D98">
    <w:pPr>
      <w:pStyle w:val="Footer"/>
      <w:jc w:val="center"/>
      <w:rPr>
        <w:rFonts w:ascii="Corbel Light" w:hAnsi="Corbel Light"/>
        <w:sz w:val="21"/>
        <w:szCs w:val="21"/>
      </w:rPr>
    </w:pPr>
    <w:r w:rsidRPr="00A71430">
      <w:rPr>
        <w:rFonts w:ascii="Corbel Light" w:hAnsi="Corbel Light"/>
        <w:color w:val="183168"/>
        <w:sz w:val="21"/>
        <w:szCs w:val="21"/>
      </w:rPr>
      <w:t xml:space="preserve">608.213.5744 (call/text) · </w:t>
    </w:r>
    <w:hyperlink r:id="rId2" w:history="1">
      <w:r w:rsidRPr="00A71430">
        <w:rPr>
          <w:rStyle w:val="Hyperlink"/>
          <w:rFonts w:ascii="Corbel Light" w:hAnsi="Corbel Light"/>
          <w:sz w:val="21"/>
          <w:szCs w:val="21"/>
        </w:rPr>
        <w:t>PolarisCoachingGroup@gmail.com</w:t>
      </w:r>
    </w:hyperlink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CB3FC1" w14:textId="77777777" w:rsidR="00D719D5" w:rsidRDefault="00D719D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B14496" w14:textId="77777777" w:rsidR="008D354E" w:rsidRDefault="008D354E" w:rsidP="00F00D40">
      <w:pPr>
        <w:spacing w:after="0" w:line="240" w:lineRule="auto"/>
      </w:pPr>
      <w:r>
        <w:separator/>
      </w:r>
    </w:p>
  </w:footnote>
  <w:footnote w:type="continuationSeparator" w:id="0">
    <w:p w14:paraId="2CD85870" w14:textId="77777777" w:rsidR="008D354E" w:rsidRDefault="008D354E" w:rsidP="00F00D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F5FD94" w14:textId="77777777" w:rsidR="00D719D5" w:rsidRDefault="00D719D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23DED0" w14:textId="77777777" w:rsidR="00D719D5" w:rsidRDefault="00D719D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41273F" w14:textId="77777777" w:rsidR="00D719D5" w:rsidRDefault="00D719D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64AF46D6"/>
    <w:multiLevelType w:val="hybridMultilevel"/>
    <w:tmpl w:val="7AF6AE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8163312">
    <w:abstractNumId w:val="8"/>
  </w:num>
  <w:num w:numId="2" w16cid:durableId="1767725349">
    <w:abstractNumId w:val="6"/>
  </w:num>
  <w:num w:numId="3" w16cid:durableId="1592160044">
    <w:abstractNumId w:val="5"/>
  </w:num>
  <w:num w:numId="4" w16cid:durableId="1902476656">
    <w:abstractNumId w:val="4"/>
  </w:num>
  <w:num w:numId="5" w16cid:durableId="903221653">
    <w:abstractNumId w:val="7"/>
  </w:num>
  <w:num w:numId="6" w16cid:durableId="1683164220">
    <w:abstractNumId w:val="3"/>
  </w:num>
  <w:num w:numId="7" w16cid:durableId="1666208376">
    <w:abstractNumId w:val="2"/>
  </w:num>
  <w:num w:numId="8" w16cid:durableId="1433748578">
    <w:abstractNumId w:val="1"/>
  </w:num>
  <w:num w:numId="9" w16cid:durableId="2139950021">
    <w:abstractNumId w:val="0"/>
  </w:num>
  <w:num w:numId="10" w16cid:durableId="128916972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7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038A"/>
    <w:rsid w:val="00034616"/>
    <w:rsid w:val="0006063C"/>
    <w:rsid w:val="000A76AC"/>
    <w:rsid w:val="000E57E3"/>
    <w:rsid w:val="00136951"/>
    <w:rsid w:val="0015074B"/>
    <w:rsid w:val="001625D3"/>
    <w:rsid w:val="00182BEC"/>
    <w:rsid w:val="00202330"/>
    <w:rsid w:val="00250D98"/>
    <w:rsid w:val="00280645"/>
    <w:rsid w:val="0029639D"/>
    <w:rsid w:val="002D5CBF"/>
    <w:rsid w:val="003174CB"/>
    <w:rsid w:val="00326F90"/>
    <w:rsid w:val="00327990"/>
    <w:rsid w:val="00352C85"/>
    <w:rsid w:val="003A7C0A"/>
    <w:rsid w:val="003B568D"/>
    <w:rsid w:val="003F77E3"/>
    <w:rsid w:val="00437273"/>
    <w:rsid w:val="00525E1B"/>
    <w:rsid w:val="00546D23"/>
    <w:rsid w:val="00552C6D"/>
    <w:rsid w:val="00554598"/>
    <w:rsid w:val="0058788E"/>
    <w:rsid w:val="00620CAB"/>
    <w:rsid w:val="00657E47"/>
    <w:rsid w:val="006B1348"/>
    <w:rsid w:val="006C1383"/>
    <w:rsid w:val="006C4B5E"/>
    <w:rsid w:val="006E074E"/>
    <w:rsid w:val="00744D35"/>
    <w:rsid w:val="007B587A"/>
    <w:rsid w:val="007F4618"/>
    <w:rsid w:val="008106B8"/>
    <w:rsid w:val="00857CA9"/>
    <w:rsid w:val="00861933"/>
    <w:rsid w:val="008716A8"/>
    <w:rsid w:val="008C7325"/>
    <w:rsid w:val="008D354E"/>
    <w:rsid w:val="008D40BA"/>
    <w:rsid w:val="008F2D38"/>
    <w:rsid w:val="00955600"/>
    <w:rsid w:val="009C3A91"/>
    <w:rsid w:val="009F28A8"/>
    <w:rsid w:val="00A4443E"/>
    <w:rsid w:val="00A54AE8"/>
    <w:rsid w:val="00A71430"/>
    <w:rsid w:val="00A81359"/>
    <w:rsid w:val="00AA1D8D"/>
    <w:rsid w:val="00AF65D1"/>
    <w:rsid w:val="00B3463F"/>
    <w:rsid w:val="00B44292"/>
    <w:rsid w:val="00B4565D"/>
    <w:rsid w:val="00B47730"/>
    <w:rsid w:val="00B5277E"/>
    <w:rsid w:val="00BB1204"/>
    <w:rsid w:val="00BD4DA4"/>
    <w:rsid w:val="00C34837"/>
    <w:rsid w:val="00C74DC3"/>
    <w:rsid w:val="00CA632F"/>
    <w:rsid w:val="00CB0664"/>
    <w:rsid w:val="00CD432E"/>
    <w:rsid w:val="00D6478C"/>
    <w:rsid w:val="00D719D5"/>
    <w:rsid w:val="00D81F2D"/>
    <w:rsid w:val="00E64C18"/>
    <w:rsid w:val="00E95E8D"/>
    <w:rsid w:val="00F00D40"/>
    <w:rsid w:val="00FC693F"/>
    <w:rsid w:val="00FD7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179AFCD"/>
  <w14:defaultImageDpi w14:val="300"/>
  <w15:docId w15:val="{732B3EF4-0798-4932-9FA3-F7CEC359B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F00D4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PolarisCoachingGroup@gmail.com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4</Pages>
  <Words>270</Words>
  <Characters>1237</Characters>
  <Application>Microsoft Office Word</Application>
  <DocSecurity>0</DocSecurity>
  <Lines>206</Lines>
  <Paragraphs>125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1382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Rob Christianson</cp:lastModifiedBy>
  <cp:revision>46</cp:revision>
  <dcterms:created xsi:type="dcterms:W3CDTF">2026-02-17T21:16:00Z</dcterms:created>
  <dcterms:modified xsi:type="dcterms:W3CDTF">2026-07-13T01:17:00Z</dcterms:modified>
  <cp:category/>
</cp:coreProperties>
</file>